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sz w:val="20"/>
        </w:rPr>
        <w:t>【パターン1】代償分割（代償金を一括で支払う）</w:t>
      </w:r>
    </w:p>
    <w:p>
      <w:pPr>
        <w:spacing w:after="120"/>
      </w:pPr>
      <w:r>
        <w:rPr>
          <w:b w:val="0"/>
          <w:sz w:val="18"/>
        </w:rPr>
        <w:t>【使い方】〇〇を書き換えてください。不動産は登記事項証明書のとおりに書きます。相続人全員が署名し、実印を押します。2枚以上になるときは全員の実印で契印を押します。印刷する前に、先頭の【パターン】の見出しとこの【使い方】の段落を削除してください。</w:t>
      </w:r>
    </w:p>
    <w:p>
      <w:pPr>
        <w:spacing w:after="280"/>
        <w:jc w:val="center"/>
      </w:pPr>
      <w:r>
        <w:rPr>
          <w:b/>
          <w:sz w:val="32"/>
        </w:rPr>
        <w:t>遺　産　分　割　協　議　書</w:t>
      </w:r>
    </w:p>
    <w:p>
      <w:pPr>
        <w:spacing w:after="0"/>
      </w:pPr>
      <w:r>
        <w:rPr>
          <w:b w:val="0"/>
        </w:rPr>
        <w:t>被相続人　氏　　名：〇〇　〇〇</w:t>
      </w:r>
    </w:p>
    <w:p>
      <w:pPr>
        <w:spacing w:after="0"/>
      </w:pPr>
      <w:r>
        <w:rPr>
          <w:b w:val="0"/>
        </w:rPr>
        <w:t xml:space="preserve">　　　　　死 亡 日：令和〇年〇月〇日</w:t>
      </w:r>
    </w:p>
    <w:p>
      <w:pPr>
        <w:spacing w:after="0"/>
      </w:pPr>
      <w:r>
        <w:rPr>
          <w:b w:val="0"/>
        </w:rPr>
        <w:t xml:space="preserve">　　　　　本　　籍：〇〇県〇〇市〇〇町〇丁目〇番地</w:t>
      </w:r>
    </w:p>
    <w:p>
      <w:pPr>
        <w:spacing w:after="240"/>
      </w:pPr>
      <w:r>
        <w:rPr>
          <w:b w:val="0"/>
        </w:rPr>
        <w:t xml:space="preserve">　　　　　最後の住所：〇〇県〇〇市〇〇町〇丁目〇番〇号</w:t>
      </w:r>
    </w:p>
    <w:p>
      <w:pPr>
        <w:spacing w:after="240"/>
      </w:pPr>
      <w:r>
        <w:rPr>
          <w:b w:val="0"/>
        </w:rPr>
        <w:t>上記被相続人の死亡によって開始した相続の共同相続人である相続人Ａ及び相続人Ｂは、被相続人の遺産について協議を行い、次のとおり分割することに合意した。</w:t>
      </w:r>
    </w:p>
    <w:p>
      <w:pPr>
        <w:spacing w:after="80"/>
      </w:pPr>
      <w:r>
        <w:rPr>
          <w:b w:val="0"/>
        </w:rPr>
        <w:t>第1条　相続人Ａは、次の不動産を取得する。</w:t>
      </w:r>
    </w:p>
    <w:p>
      <w:pPr>
        <w:spacing w:after="0"/>
      </w:pPr>
      <w:r>
        <w:rPr>
          <w:b w:val="0"/>
        </w:rPr>
        <w:t>【土地】</w:t>
      </w:r>
    </w:p>
    <w:p>
      <w:pPr>
        <w:spacing w:after="0"/>
      </w:pPr>
      <w:r>
        <w:rPr>
          <w:b w:val="0"/>
        </w:rPr>
        <w:t xml:space="preserve">　所　　在　〇〇市〇〇町〇丁目</w:t>
      </w:r>
    </w:p>
    <w:p>
      <w:pPr>
        <w:spacing w:after="0"/>
      </w:pPr>
      <w:r>
        <w:rPr>
          <w:b w:val="0"/>
        </w:rPr>
        <w:t xml:space="preserve">　地　　番　〇番〇</w:t>
      </w:r>
    </w:p>
    <w:p>
      <w:pPr>
        <w:spacing w:after="0"/>
      </w:pPr>
      <w:r>
        <w:rPr>
          <w:b w:val="0"/>
        </w:rPr>
        <w:t xml:space="preserve">　地　　目　宅地</w:t>
      </w:r>
    </w:p>
    <w:p>
      <w:pPr>
        <w:spacing w:after="0"/>
      </w:pPr>
      <w:r>
        <w:rPr>
          <w:b w:val="0"/>
        </w:rPr>
        <w:t xml:space="preserve">　地　　積　〇〇〇．〇〇平方メートル</w:t>
      </w:r>
    </w:p>
    <w:p>
      <w:pPr>
        <w:spacing w:after="0"/>
      </w:pPr>
      <w:r>
        <w:rPr>
          <w:b w:val="0"/>
        </w:rPr>
        <w:t>【建物】</w:t>
      </w:r>
    </w:p>
    <w:p>
      <w:pPr>
        <w:spacing w:after="0"/>
      </w:pPr>
      <w:r>
        <w:rPr>
          <w:b w:val="0"/>
        </w:rPr>
        <w:t xml:space="preserve">　所　　在　〇〇市〇〇町〇丁目〇番地〇</w:t>
      </w:r>
    </w:p>
    <w:p>
      <w:pPr>
        <w:spacing w:after="0"/>
      </w:pPr>
      <w:r>
        <w:rPr>
          <w:b w:val="0"/>
        </w:rPr>
        <w:t xml:space="preserve">　家屋番号　〇番〇</w:t>
      </w:r>
    </w:p>
    <w:p>
      <w:pPr>
        <w:spacing w:after="0"/>
      </w:pPr>
      <w:r>
        <w:rPr>
          <w:b w:val="0"/>
        </w:rPr>
        <w:t xml:space="preserve">　種　　類　居宅</w:t>
      </w:r>
    </w:p>
    <w:p>
      <w:pPr>
        <w:spacing w:after="0"/>
      </w:pPr>
      <w:r>
        <w:rPr>
          <w:b w:val="0"/>
        </w:rPr>
        <w:t xml:space="preserve">　構　　造　木造瓦葺２階建</w:t>
      </w:r>
    </w:p>
    <w:p>
      <w:pPr>
        <w:spacing w:after="200"/>
      </w:pPr>
      <w:r>
        <w:rPr>
          <w:b w:val="0"/>
        </w:rPr>
        <w:t xml:space="preserve">　床 面 積　１階　〇〇．〇〇平方メートル　２階　〇〇．〇〇平方メートル</w:t>
      </w:r>
    </w:p>
    <w:p>
      <w:pPr>
        <w:spacing w:after="200"/>
      </w:pPr>
      <w:r>
        <w:rPr>
          <w:b w:val="0"/>
        </w:rPr>
        <w:t>第2条　相続人Ａは、第１条の不動産を取得する代償として、相続人Ｂに対し、金〇〇〇万円を令和〇年〇月〇日までに、相続人Ｂの指定する口座に振り込む方法により支払う。振込手数料は相続人Ａの負担とする。</w:t>
      </w:r>
    </w:p>
    <w:p>
      <w:pPr>
        <w:spacing w:after="240"/>
      </w:pPr>
      <w:r>
        <w:rPr>
          <w:b w:val="0"/>
        </w:rPr>
        <w:t>第3条　本協議書に記載のない遺産及び後日判明した遺産は、相続人Ａが取得する。</w:t>
      </w:r>
    </w:p>
    <w:p>
      <w:pPr>
        <w:spacing w:after="320"/>
      </w:pPr>
      <w:r>
        <w:rPr>
          <w:b w:val="0"/>
        </w:rPr>
        <w:t>以上のとおり相続人全員による遺産分割協議が成立したので、これを証するため本協議書を2通作成し、各自署名し実印を押印のうえ、各１通を保有する。</w:t>
      </w:r>
    </w:p>
    <w:p>
      <w:pPr>
        <w:spacing w:after="320"/>
      </w:pPr>
      <w:r>
        <w:rPr>
          <w:b w:val="0"/>
        </w:rPr>
        <w:t>令和〇年〇月〇日</w:t>
      </w:r>
    </w:p>
    <w:p>
      <w:pPr>
        <w:spacing w:after="0"/>
      </w:pPr>
      <w:r>
        <w:rPr>
          <w:b w:val="0"/>
        </w:rPr>
        <w:t>（相続人Ａ）</w:t>
      </w:r>
    </w:p>
    <w:p>
      <w:pPr>
        <w:spacing w:after="0"/>
      </w:pPr>
      <w:r>
        <w:rPr>
          <w:b w:val="0"/>
        </w:rPr>
        <w:t>住　所　〇〇県〇〇市〇〇町〇丁目〇番〇号</w:t>
      </w:r>
    </w:p>
    <w:p>
      <w:pPr>
        <w:spacing w:after="280"/>
      </w:pPr>
      <w:r>
        <w:rPr>
          <w:b w:val="0"/>
        </w:rPr>
        <w:t>氏　名　　　　　　　　　　　　　　　　　　　実印</w:t>
      </w:r>
    </w:p>
    <w:p>
      <w:pPr>
        <w:spacing w:after="0"/>
      </w:pPr>
      <w:r>
        <w:rPr>
          <w:b w:val="0"/>
        </w:rPr>
        <w:t>（相続人Ｂ）</w:t>
      </w:r>
    </w:p>
    <w:p>
      <w:pPr>
        <w:spacing w:after="0"/>
      </w:pPr>
      <w:r>
        <w:rPr>
          <w:b w:val="0"/>
        </w:rPr>
        <w:t>住　所　〇〇県〇〇市〇〇町〇丁目〇番〇号</w:t>
      </w:r>
    </w:p>
    <w:p>
      <w:pPr>
        <w:spacing w:after="280"/>
      </w:pPr>
      <w:r>
        <w:rPr>
          <w:b w:val="0"/>
        </w:rPr>
        <w:t>氏　名　　　　　　　　　　　　　　　　　　　実印</w:t>
      </w:r>
    </w:p>
    <w:p>
      <w:r>
        <w:br w:type="page"/>
      </w:r>
    </w:p>
    <w:p>
      <w:pPr>
        <w:spacing w:after="120"/>
      </w:pPr>
      <w:r>
        <w:rPr>
          <w:b/>
          <w:sz w:val="20"/>
        </w:rPr>
        <w:t>【パターン2】代償分割（代償金を分割で支払う）</w:t>
      </w:r>
    </w:p>
    <w:p>
      <w:pPr>
        <w:spacing w:after="120"/>
      </w:pPr>
      <w:r>
        <w:rPr>
          <w:b w:val="0"/>
          <w:sz w:val="18"/>
        </w:rPr>
        <w:t>【使い方】〇〇を書き換えてください。不動産は登記事項証明書のとおりに書きます。相続人全員が署名し、実印を押します。2枚以上になるときは全員の実印で契印を押します。印刷する前に、先頭の【パターン】の見出しとこの【使い方】の段落を削除してください。</w:t>
      </w:r>
    </w:p>
    <w:p>
      <w:pPr>
        <w:spacing w:after="280"/>
        <w:jc w:val="center"/>
      </w:pPr>
      <w:r>
        <w:rPr>
          <w:b/>
          <w:sz w:val="32"/>
        </w:rPr>
        <w:t>遺　産　分　割　協　議　書</w:t>
      </w:r>
    </w:p>
    <w:p>
      <w:pPr>
        <w:spacing w:after="0"/>
      </w:pPr>
      <w:r>
        <w:rPr>
          <w:b w:val="0"/>
        </w:rPr>
        <w:t>被相続人　氏　　名：〇〇　〇〇</w:t>
      </w:r>
    </w:p>
    <w:p>
      <w:pPr>
        <w:spacing w:after="0"/>
      </w:pPr>
      <w:r>
        <w:rPr>
          <w:b w:val="0"/>
        </w:rPr>
        <w:t xml:space="preserve">　　　　　死 亡 日：令和〇年〇月〇日</w:t>
      </w:r>
    </w:p>
    <w:p>
      <w:pPr>
        <w:spacing w:after="0"/>
      </w:pPr>
      <w:r>
        <w:rPr>
          <w:b w:val="0"/>
        </w:rPr>
        <w:t xml:space="preserve">　　　　　本　　籍：〇〇県〇〇市〇〇町〇丁目〇番地</w:t>
      </w:r>
    </w:p>
    <w:p>
      <w:pPr>
        <w:spacing w:after="240"/>
      </w:pPr>
      <w:r>
        <w:rPr>
          <w:b w:val="0"/>
        </w:rPr>
        <w:t xml:space="preserve">　　　　　最後の住所：〇〇県〇〇市〇〇町〇丁目〇番〇号</w:t>
      </w:r>
    </w:p>
    <w:p>
      <w:pPr>
        <w:spacing w:after="240"/>
      </w:pPr>
      <w:r>
        <w:rPr>
          <w:b w:val="0"/>
        </w:rPr>
        <w:t>上記被相続人の死亡によって開始した相続の共同相続人である相続人Ａ及び相続人Ｂは、被相続人の遺産について協議を行い、次のとおり分割することに合意した。</w:t>
      </w:r>
    </w:p>
    <w:p>
      <w:pPr>
        <w:spacing w:after="80"/>
      </w:pPr>
      <w:r>
        <w:rPr>
          <w:b w:val="0"/>
        </w:rPr>
        <w:t>第1条　相続人Ａは、次の不動産を取得する。</w:t>
      </w:r>
    </w:p>
    <w:p>
      <w:pPr>
        <w:spacing w:after="0"/>
      </w:pPr>
      <w:r>
        <w:rPr>
          <w:b w:val="0"/>
        </w:rPr>
        <w:t>【土地】</w:t>
      </w:r>
    </w:p>
    <w:p>
      <w:pPr>
        <w:spacing w:after="0"/>
      </w:pPr>
      <w:r>
        <w:rPr>
          <w:b w:val="0"/>
        </w:rPr>
        <w:t xml:space="preserve">　所　　在　〇〇市〇〇町〇丁目</w:t>
      </w:r>
    </w:p>
    <w:p>
      <w:pPr>
        <w:spacing w:after="0"/>
      </w:pPr>
      <w:r>
        <w:rPr>
          <w:b w:val="0"/>
        </w:rPr>
        <w:t xml:space="preserve">　地　　番　〇番〇</w:t>
      </w:r>
    </w:p>
    <w:p>
      <w:pPr>
        <w:spacing w:after="0"/>
      </w:pPr>
      <w:r>
        <w:rPr>
          <w:b w:val="0"/>
        </w:rPr>
        <w:t xml:space="preserve">　地　　目　宅地</w:t>
      </w:r>
    </w:p>
    <w:p>
      <w:pPr>
        <w:spacing w:after="0"/>
      </w:pPr>
      <w:r>
        <w:rPr>
          <w:b w:val="0"/>
        </w:rPr>
        <w:t xml:space="preserve">　地　　積　〇〇〇．〇〇平方メートル</w:t>
      </w:r>
    </w:p>
    <w:p>
      <w:pPr>
        <w:spacing w:after="0"/>
      </w:pPr>
      <w:r>
        <w:rPr>
          <w:b w:val="0"/>
        </w:rPr>
        <w:t>【建物】</w:t>
      </w:r>
    </w:p>
    <w:p>
      <w:pPr>
        <w:spacing w:after="0"/>
      </w:pPr>
      <w:r>
        <w:rPr>
          <w:b w:val="0"/>
        </w:rPr>
        <w:t xml:space="preserve">　所　　在　〇〇市〇〇町〇丁目〇番地〇</w:t>
      </w:r>
    </w:p>
    <w:p>
      <w:pPr>
        <w:spacing w:after="0"/>
      </w:pPr>
      <w:r>
        <w:rPr>
          <w:b w:val="0"/>
        </w:rPr>
        <w:t xml:space="preserve">　家屋番号　〇番〇</w:t>
      </w:r>
    </w:p>
    <w:p>
      <w:pPr>
        <w:spacing w:after="0"/>
      </w:pPr>
      <w:r>
        <w:rPr>
          <w:b w:val="0"/>
        </w:rPr>
        <w:t xml:space="preserve">　種　　類　居宅</w:t>
      </w:r>
    </w:p>
    <w:p>
      <w:pPr>
        <w:spacing w:after="0"/>
      </w:pPr>
      <w:r>
        <w:rPr>
          <w:b w:val="0"/>
        </w:rPr>
        <w:t xml:space="preserve">　構　　造　木造瓦葺２階建</w:t>
      </w:r>
    </w:p>
    <w:p>
      <w:pPr>
        <w:spacing w:after="200"/>
      </w:pPr>
      <w:r>
        <w:rPr>
          <w:b w:val="0"/>
        </w:rPr>
        <w:t xml:space="preserve">　床 面 積　１階　〇〇．〇〇平方メートル　２階　〇〇．〇〇平方メートル</w:t>
      </w:r>
    </w:p>
    <w:p>
      <w:pPr>
        <w:spacing w:after="80"/>
      </w:pPr>
      <w:r>
        <w:rPr>
          <w:b w:val="0"/>
        </w:rPr>
        <w:t>第2条　相続人Ａは、第１条の不動産を取得する代償として、相続人Ｂに対し、金〇〇〇万円を支払う義務があることを認め、これを次のとおり分割して、相続人Ｂの指定する口座に振り込む方法により支払う。振込手数料は相続人Ａの負担とする。</w:t>
      </w:r>
    </w:p>
    <w:p>
      <w:pPr>
        <w:spacing w:after="0"/>
      </w:pPr>
      <w:r>
        <w:rPr>
          <w:b w:val="0"/>
        </w:rPr>
        <w:t>（1）令和〇年〇月〇日限り　金〇〇〇万円</w:t>
      </w:r>
    </w:p>
    <w:p>
      <w:pPr>
        <w:spacing w:after="200"/>
      </w:pPr>
      <w:r>
        <w:rPr>
          <w:b w:val="0"/>
        </w:rPr>
        <w:t>（2）令和〇年〇月から令和〇年〇月まで毎月末日限り　金〇〇万円ずつ</w:t>
      </w:r>
    </w:p>
    <w:p>
      <w:pPr>
        <w:spacing w:after="200"/>
      </w:pPr>
      <w:r>
        <w:rPr>
          <w:b w:val="0"/>
        </w:rPr>
        <w:t>第3条　相続人Ａが前条の分割金の支払いを２回分以上怠ったときは、相続人Ａは当然に期限の利益を失い、相続人Ｂに対し、残額及びこれに対する期限の利益を失った日の翌日から支払済みまで年〇パーセントの割合による遅延損害金を直ちに支払う。</w:t>
      </w:r>
    </w:p>
    <w:p>
      <w:pPr>
        <w:spacing w:after="240"/>
      </w:pPr>
      <w:r>
        <w:rPr>
          <w:b w:val="0"/>
        </w:rPr>
        <w:t>第4条　本協議書に記載のない遺産及び後日判明した遺産は、相続人Ａが取得する。</w:t>
      </w:r>
    </w:p>
    <w:p>
      <w:pPr>
        <w:spacing w:after="320"/>
      </w:pPr>
      <w:r>
        <w:rPr>
          <w:b w:val="0"/>
        </w:rPr>
        <w:t>以上のとおり相続人全員による遺産分割協議が成立したので、これを証するため本協議書を2通作成し、各自署名し実印を押印のうえ、各１通を保有する。</w:t>
      </w:r>
    </w:p>
    <w:p>
      <w:pPr>
        <w:spacing w:after="320"/>
      </w:pPr>
      <w:r>
        <w:rPr>
          <w:b w:val="0"/>
        </w:rPr>
        <w:t>令和〇年〇月〇日</w:t>
      </w:r>
    </w:p>
    <w:p>
      <w:pPr>
        <w:spacing w:after="0"/>
      </w:pPr>
      <w:r>
        <w:rPr>
          <w:b w:val="0"/>
        </w:rPr>
        <w:t>（相続人Ａ）</w:t>
      </w:r>
    </w:p>
    <w:p>
      <w:pPr>
        <w:spacing w:after="0"/>
      </w:pPr>
      <w:r>
        <w:rPr>
          <w:b w:val="0"/>
        </w:rPr>
        <w:t>住　所　〇〇県〇〇市〇〇町〇丁目〇番〇号</w:t>
      </w:r>
    </w:p>
    <w:p>
      <w:pPr>
        <w:spacing w:after="280"/>
      </w:pPr>
      <w:r>
        <w:rPr>
          <w:b w:val="0"/>
        </w:rPr>
        <w:t>氏　名　　　　　　　　　　　　　　　　　　　実印</w:t>
      </w:r>
    </w:p>
    <w:p>
      <w:pPr>
        <w:spacing w:after="0"/>
      </w:pPr>
      <w:r>
        <w:rPr>
          <w:b w:val="0"/>
        </w:rPr>
        <w:t>（相続人Ｂ）</w:t>
      </w:r>
    </w:p>
    <w:p>
      <w:pPr>
        <w:spacing w:after="0"/>
      </w:pPr>
      <w:r>
        <w:rPr>
          <w:b w:val="0"/>
        </w:rPr>
        <w:t>住　所　〇〇県〇〇市〇〇町〇丁目〇番〇号</w:t>
      </w:r>
    </w:p>
    <w:p>
      <w:pPr>
        <w:spacing w:after="280"/>
      </w:pPr>
      <w:r>
        <w:rPr>
          <w:b w:val="0"/>
        </w:rPr>
        <w:t>氏　名　　　　　　　　　　　　　　　　　　　実印</w:t>
      </w:r>
    </w:p>
    <w:p>
      <w:r>
        <w:br w:type="page"/>
      </w:r>
    </w:p>
    <w:p>
      <w:pPr>
        <w:spacing w:after="120"/>
      </w:pPr>
      <w:r>
        <w:rPr>
          <w:b/>
          <w:sz w:val="20"/>
        </w:rPr>
        <w:t>【パターン3】代償分割（代償金を複数の相続人に支払う）</w:t>
      </w:r>
    </w:p>
    <w:p>
      <w:pPr>
        <w:spacing w:after="120"/>
      </w:pPr>
      <w:r>
        <w:rPr>
          <w:b w:val="0"/>
          <w:sz w:val="18"/>
        </w:rPr>
        <w:t>【使い方】〇〇を書き換えてください。不動産は登記事項証明書のとおりに書きます。相続人全員が署名し、実印を押します。2枚以上になるときは全員の実印で契印を押します。印刷する前に、先頭の【パターン】の見出しとこの【使い方】の段落を削除してください。</w:t>
      </w:r>
    </w:p>
    <w:p>
      <w:pPr>
        <w:spacing w:after="280"/>
        <w:jc w:val="center"/>
      </w:pPr>
      <w:r>
        <w:rPr>
          <w:b/>
          <w:sz w:val="32"/>
        </w:rPr>
        <w:t>遺　産　分　割　協　議　書</w:t>
      </w:r>
    </w:p>
    <w:p>
      <w:pPr>
        <w:spacing w:after="0"/>
      </w:pPr>
      <w:r>
        <w:rPr>
          <w:b w:val="0"/>
        </w:rPr>
        <w:t>被相続人　氏　　名：〇〇　〇〇</w:t>
      </w:r>
    </w:p>
    <w:p>
      <w:pPr>
        <w:spacing w:after="0"/>
      </w:pPr>
      <w:r>
        <w:rPr>
          <w:b w:val="0"/>
        </w:rPr>
        <w:t xml:space="preserve">　　　　　死 亡 日：令和〇年〇月〇日</w:t>
      </w:r>
    </w:p>
    <w:p>
      <w:pPr>
        <w:spacing w:after="0"/>
      </w:pPr>
      <w:r>
        <w:rPr>
          <w:b w:val="0"/>
        </w:rPr>
        <w:t xml:space="preserve">　　　　　本　　籍：〇〇県〇〇市〇〇町〇丁目〇番地</w:t>
      </w:r>
    </w:p>
    <w:p>
      <w:pPr>
        <w:spacing w:after="240"/>
      </w:pPr>
      <w:r>
        <w:rPr>
          <w:b w:val="0"/>
        </w:rPr>
        <w:t xml:space="preserve">　　　　　最後の住所：〇〇県〇〇市〇〇町〇丁目〇番〇号</w:t>
      </w:r>
    </w:p>
    <w:p>
      <w:pPr>
        <w:spacing w:after="240"/>
      </w:pPr>
      <w:r>
        <w:rPr>
          <w:b w:val="0"/>
        </w:rPr>
        <w:t>上記被相続人の死亡によって開始した相続の共同相続人である相続人Ａ、相続人Ｂ及び相続人Ｃは、被相続人の遺産について協議を行い、次のとおり分割することに合意した。</w:t>
      </w:r>
    </w:p>
    <w:p>
      <w:pPr>
        <w:spacing w:after="80"/>
      </w:pPr>
      <w:r>
        <w:rPr>
          <w:b w:val="0"/>
        </w:rPr>
        <w:t>第1条　相続人Ａは、次の不動産を取得する。</w:t>
      </w:r>
    </w:p>
    <w:p>
      <w:pPr>
        <w:spacing w:after="0"/>
      </w:pPr>
      <w:r>
        <w:rPr>
          <w:b w:val="0"/>
        </w:rPr>
        <w:t>【土地】</w:t>
      </w:r>
    </w:p>
    <w:p>
      <w:pPr>
        <w:spacing w:after="0"/>
      </w:pPr>
      <w:r>
        <w:rPr>
          <w:b w:val="0"/>
        </w:rPr>
        <w:t xml:space="preserve">　所　　在　〇〇市〇〇町〇丁目</w:t>
      </w:r>
    </w:p>
    <w:p>
      <w:pPr>
        <w:spacing w:after="0"/>
      </w:pPr>
      <w:r>
        <w:rPr>
          <w:b w:val="0"/>
        </w:rPr>
        <w:t xml:space="preserve">　地　　番　〇番〇</w:t>
      </w:r>
    </w:p>
    <w:p>
      <w:pPr>
        <w:spacing w:after="0"/>
      </w:pPr>
      <w:r>
        <w:rPr>
          <w:b w:val="0"/>
        </w:rPr>
        <w:t xml:space="preserve">　地　　目　宅地</w:t>
      </w:r>
    </w:p>
    <w:p>
      <w:pPr>
        <w:spacing w:after="0"/>
      </w:pPr>
      <w:r>
        <w:rPr>
          <w:b w:val="0"/>
        </w:rPr>
        <w:t xml:space="preserve">　地　　積　〇〇〇．〇〇平方メートル</w:t>
      </w:r>
    </w:p>
    <w:p>
      <w:pPr>
        <w:spacing w:after="0"/>
      </w:pPr>
      <w:r>
        <w:rPr>
          <w:b w:val="0"/>
        </w:rPr>
        <w:t>【建物】</w:t>
      </w:r>
    </w:p>
    <w:p>
      <w:pPr>
        <w:spacing w:after="0"/>
      </w:pPr>
      <w:r>
        <w:rPr>
          <w:b w:val="0"/>
        </w:rPr>
        <w:t xml:space="preserve">　所　　在　〇〇市〇〇町〇丁目〇番地〇</w:t>
      </w:r>
    </w:p>
    <w:p>
      <w:pPr>
        <w:spacing w:after="0"/>
      </w:pPr>
      <w:r>
        <w:rPr>
          <w:b w:val="0"/>
        </w:rPr>
        <w:t xml:space="preserve">　家屋番号　〇番〇</w:t>
      </w:r>
    </w:p>
    <w:p>
      <w:pPr>
        <w:spacing w:after="0"/>
      </w:pPr>
      <w:r>
        <w:rPr>
          <w:b w:val="0"/>
        </w:rPr>
        <w:t xml:space="preserve">　種　　類　居宅</w:t>
      </w:r>
    </w:p>
    <w:p>
      <w:pPr>
        <w:spacing w:after="0"/>
      </w:pPr>
      <w:r>
        <w:rPr>
          <w:b w:val="0"/>
        </w:rPr>
        <w:t xml:space="preserve">　構　　造　木造瓦葺２階建</w:t>
      </w:r>
    </w:p>
    <w:p>
      <w:pPr>
        <w:spacing w:after="200"/>
      </w:pPr>
      <w:r>
        <w:rPr>
          <w:b w:val="0"/>
        </w:rPr>
        <w:t xml:space="preserve">　床 面 積　１階　〇〇．〇〇平方メートル　２階　〇〇．〇〇平方メートル</w:t>
      </w:r>
    </w:p>
    <w:p>
      <w:pPr>
        <w:spacing w:after="200"/>
      </w:pPr>
      <w:r>
        <w:rPr>
          <w:b w:val="0"/>
        </w:rPr>
        <w:t>第2条　相続人Ａは、第１条の不動産を取得する代償として、令和〇年〇月〇日までに、相続人Ｂに対し金〇〇〇万円を、相続人Ｃに対し金〇〇〇万円を、それぞれの指定する口座に振り込む方法により支払う。振込手数料は相続人Ａの負担とする。</w:t>
      </w:r>
    </w:p>
    <w:p>
      <w:pPr>
        <w:spacing w:after="240"/>
      </w:pPr>
      <w:r>
        <w:rPr>
          <w:b w:val="0"/>
        </w:rPr>
        <w:t>第3条　本協議書に記載のない遺産及び後日判明した遺産は、相続人Ａが取得する。</w:t>
      </w:r>
    </w:p>
    <w:p>
      <w:pPr>
        <w:spacing w:after="320"/>
      </w:pPr>
      <w:r>
        <w:rPr>
          <w:b w:val="0"/>
        </w:rPr>
        <w:t>以上のとおり相続人全員による遺産分割協議が成立したので、これを証するため本協議書を3通作成し、各自署名し実印を押印のうえ、各１通を保有する。</w:t>
      </w:r>
    </w:p>
    <w:p>
      <w:pPr>
        <w:spacing w:after="320"/>
      </w:pPr>
      <w:r>
        <w:rPr>
          <w:b w:val="0"/>
        </w:rPr>
        <w:t>令和〇年〇月〇日</w:t>
      </w:r>
    </w:p>
    <w:p>
      <w:pPr>
        <w:spacing w:after="0"/>
      </w:pPr>
      <w:r>
        <w:rPr>
          <w:b w:val="0"/>
        </w:rPr>
        <w:t>（相続人Ａ）</w:t>
      </w:r>
    </w:p>
    <w:p>
      <w:pPr>
        <w:spacing w:after="0"/>
      </w:pPr>
      <w:r>
        <w:rPr>
          <w:b w:val="0"/>
        </w:rPr>
        <w:t>住　所　〇〇県〇〇市〇〇町〇丁目〇番〇号</w:t>
      </w:r>
    </w:p>
    <w:p>
      <w:pPr>
        <w:spacing w:after="280"/>
      </w:pPr>
      <w:r>
        <w:rPr>
          <w:b w:val="0"/>
        </w:rPr>
        <w:t>氏　名　　　　　　　　　　　　　　　　　　　実印</w:t>
      </w:r>
    </w:p>
    <w:p>
      <w:pPr>
        <w:spacing w:after="0"/>
      </w:pPr>
      <w:r>
        <w:rPr>
          <w:b w:val="0"/>
        </w:rPr>
        <w:t>（相続人Ｂ）</w:t>
      </w:r>
    </w:p>
    <w:p>
      <w:pPr>
        <w:spacing w:after="0"/>
      </w:pPr>
      <w:r>
        <w:rPr>
          <w:b w:val="0"/>
        </w:rPr>
        <w:t>住　所　〇〇県〇〇市〇〇町〇丁目〇番〇号</w:t>
      </w:r>
    </w:p>
    <w:p>
      <w:pPr>
        <w:spacing w:after="280"/>
      </w:pPr>
      <w:r>
        <w:rPr>
          <w:b w:val="0"/>
        </w:rPr>
        <w:t>氏　名　　　　　　　　　　　　　　　　　　　実印</w:t>
      </w:r>
    </w:p>
    <w:p>
      <w:pPr>
        <w:spacing w:after="0"/>
      </w:pPr>
      <w:r>
        <w:rPr>
          <w:b w:val="0"/>
        </w:rPr>
        <w:t>（相続人Ｃ）</w:t>
      </w:r>
    </w:p>
    <w:p>
      <w:pPr>
        <w:spacing w:after="0"/>
      </w:pPr>
      <w:r>
        <w:rPr>
          <w:b w:val="0"/>
        </w:rPr>
        <w:t>住　所　〇〇県〇〇市〇〇町〇丁目〇番〇号</w:t>
      </w:r>
    </w:p>
    <w:p>
      <w:pPr>
        <w:spacing w:after="280"/>
      </w:pPr>
      <w:r>
        <w:rPr>
          <w:b w:val="0"/>
        </w:rPr>
        <w:t>氏　名　　　　　　　　　　　　　　　　　　　実印</w:t>
      </w:r>
    </w:p>
    <w:p>
      <w:r>
        <w:br w:type="page"/>
      </w:r>
    </w:p>
    <w:p>
      <w:pPr>
        <w:spacing w:after="120"/>
      </w:pPr>
      <w:r>
        <w:rPr>
          <w:b/>
          <w:sz w:val="20"/>
        </w:rPr>
        <w:t>【パターン4】数次相続（相続の登記をしないうちに相続人が亡くなった）</w:t>
      </w:r>
    </w:p>
    <w:p>
      <w:pPr>
        <w:spacing w:after="120"/>
      </w:pPr>
      <w:r>
        <w:rPr>
          <w:b w:val="0"/>
          <w:sz w:val="18"/>
        </w:rPr>
        <w:t>【使い方】〇〇を書き換えてください。不動産は登記事項証明書のとおりに書きます。相続人全員が署名し、実印を押します。2枚以上になるときは全員の実印で契印を押します。印刷する前に、先頭の【パターン】の見出しとこの【使い方】の段落を削除してください。</w:t>
      </w:r>
    </w:p>
    <w:p>
      <w:pPr>
        <w:spacing w:after="280"/>
        <w:jc w:val="center"/>
      </w:pPr>
      <w:r>
        <w:rPr>
          <w:b/>
          <w:sz w:val="32"/>
        </w:rPr>
        <w:t>遺　産　分　割　協　議　書</w:t>
      </w:r>
    </w:p>
    <w:p>
      <w:pPr>
        <w:spacing w:after="0"/>
      </w:pPr>
      <w:r>
        <w:rPr>
          <w:b w:val="0"/>
        </w:rPr>
        <w:t>被相続人　氏　　名：〇〇　〇〇（第１の相続の被相続人）</w:t>
      </w:r>
    </w:p>
    <w:p>
      <w:pPr>
        <w:spacing w:after="0"/>
      </w:pPr>
      <w:r>
        <w:rPr>
          <w:b w:val="0"/>
        </w:rPr>
        <w:t xml:space="preserve">　　　　　死 亡 日：平成〇年〇月〇日</w:t>
      </w:r>
    </w:p>
    <w:p>
      <w:pPr>
        <w:spacing w:after="0"/>
      </w:pPr>
      <w:r>
        <w:rPr>
          <w:b w:val="0"/>
        </w:rPr>
        <w:t xml:space="preserve">　　　　　本　　籍：〇〇県〇〇市〇〇町〇丁目〇番地</w:t>
      </w:r>
    </w:p>
    <w:p>
      <w:pPr>
        <w:spacing w:after="240"/>
      </w:pPr>
      <w:r>
        <w:rPr>
          <w:b w:val="0"/>
        </w:rPr>
        <w:t xml:space="preserve">　　　　　最後の住所：〇〇県〇〇市〇〇町〇丁目〇番〇号</w:t>
      </w:r>
    </w:p>
    <w:p>
      <w:pPr>
        <w:spacing w:after="240"/>
      </w:pPr>
      <w:r>
        <w:rPr>
          <w:b w:val="0"/>
        </w:rPr>
        <w:t>上記被相続人の死亡によって開始した相続の共同相続人は、相続人Ｂ及び相続人Ｅであったが、相続人Ｂは令和〇年〇月〇日に死亡したので、相続人Ｂの相続人であるＡ及びＣ並びに相続人Ｅは、被相続人の遺産について協議を行い、次のとおり分割することに合意した。</w:t>
      </w:r>
    </w:p>
    <w:p>
      <w:pPr>
        <w:spacing w:after="80"/>
      </w:pPr>
      <w:r>
        <w:rPr>
          <w:b w:val="0"/>
        </w:rPr>
        <w:t>第1条　被相続人の遺産のうち次の不動産は、亡相続人Ｂが取得したものとし、亡相続人Ｂの相続人であるＡが相続する。</w:t>
      </w:r>
    </w:p>
    <w:p>
      <w:pPr>
        <w:spacing w:after="0"/>
      </w:pPr>
      <w:r>
        <w:rPr>
          <w:b w:val="0"/>
        </w:rPr>
        <w:t>【土地】</w:t>
      </w:r>
    </w:p>
    <w:p>
      <w:pPr>
        <w:spacing w:after="0"/>
      </w:pPr>
      <w:r>
        <w:rPr>
          <w:b w:val="0"/>
        </w:rPr>
        <w:t xml:space="preserve">　所　　在　〇〇市〇〇町〇丁目</w:t>
      </w:r>
    </w:p>
    <w:p>
      <w:pPr>
        <w:spacing w:after="0"/>
      </w:pPr>
      <w:r>
        <w:rPr>
          <w:b w:val="0"/>
        </w:rPr>
        <w:t xml:space="preserve">　地　　番　〇番〇</w:t>
      </w:r>
    </w:p>
    <w:p>
      <w:pPr>
        <w:spacing w:after="0"/>
      </w:pPr>
      <w:r>
        <w:rPr>
          <w:b w:val="0"/>
        </w:rPr>
        <w:t xml:space="preserve">　地　　目　宅地</w:t>
      </w:r>
    </w:p>
    <w:p>
      <w:pPr>
        <w:spacing w:after="0"/>
      </w:pPr>
      <w:r>
        <w:rPr>
          <w:b w:val="0"/>
        </w:rPr>
        <w:t xml:space="preserve">　地　　積　〇〇〇．〇〇平方メートル</w:t>
      </w:r>
    </w:p>
    <w:p>
      <w:pPr>
        <w:spacing w:after="0"/>
      </w:pPr>
      <w:r>
        <w:rPr>
          <w:b w:val="0"/>
        </w:rPr>
        <w:t>【建物】</w:t>
      </w:r>
    </w:p>
    <w:p>
      <w:pPr>
        <w:spacing w:after="0"/>
      </w:pPr>
      <w:r>
        <w:rPr>
          <w:b w:val="0"/>
        </w:rPr>
        <w:t xml:space="preserve">　所　　在　〇〇市〇〇町〇丁目〇番地〇</w:t>
      </w:r>
    </w:p>
    <w:p>
      <w:pPr>
        <w:spacing w:after="0"/>
      </w:pPr>
      <w:r>
        <w:rPr>
          <w:b w:val="0"/>
        </w:rPr>
        <w:t xml:space="preserve">　家屋番号　〇番〇</w:t>
      </w:r>
    </w:p>
    <w:p>
      <w:pPr>
        <w:spacing w:after="0"/>
      </w:pPr>
      <w:r>
        <w:rPr>
          <w:b w:val="0"/>
        </w:rPr>
        <w:t xml:space="preserve">　種　　類　居宅</w:t>
      </w:r>
    </w:p>
    <w:p>
      <w:pPr>
        <w:spacing w:after="0"/>
      </w:pPr>
      <w:r>
        <w:rPr>
          <w:b w:val="0"/>
        </w:rPr>
        <w:t xml:space="preserve">　構　　造　木造瓦葺２階建</w:t>
      </w:r>
    </w:p>
    <w:p>
      <w:pPr>
        <w:spacing w:after="200"/>
      </w:pPr>
      <w:r>
        <w:rPr>
          <w:b w:val="0"/>
        </w:rPr>
        <w:t xml:space="preserve">　床 面 積　１階　〇〇．〇〇平方メートル　２階　〇〇．〇〇平方メートル</w:t>
      </w:r>
    </w:p>
    <w:p>
      <w:pPr>
        <w:spacing w:after="240"/>
      </w:pPr>
      <w:r>
        <w:rPr>
          <w:b w:val="0"/>
        </w:rPr>
        <w:t>第2条　本協議書に記載のない遺産及び後日判明した遺産は、相続人Ａが取得する。</w:t>
      </w:r>
    </w:p>
    <w:p>
      <w:pPr>
        <w:spacing w:after="320"/>
      </w:pPr>
      <w:r>
        <w:rPr>
          <w:b w:val="0"/>
        </w:rPr>
        <w:t>以上のとおり相続人全員による遺産分割協議が成立したので、これを証するため本協議書を3通作成し、各自署名し実印を押印のうえ、各１通を保有する。</w:t>
      </w:r>
    </w:p>
    <w:p>
      <w:pPr>
        <w:spacing w:after="320"/>
      </w:pPr>
      <w:r>
        <w:rPr>
          <w:b w:val="0"/>
        </w:rPr>
        <w:t>令和〇年〇月〇日</w:t>
      </w:r>
    </w:p>
    <w:p>
      <w:pPr>
        <w:spacing w:after="0"/>
      </w:pPr>
      <w:r>
        <w:rPr>
          <w:b w:val="0"/>
        </w:rPr>
        <w:t>（亡相続人Ｂの相続人　Ａ）</w:t>
      </w:r>
    </w:p>
    <w:p>
      <w:pPr>
        <w:spacing w:after="0"/>
      </w:pPr>
      <w:r>
        <w:rPr>
          <w:b w:val="0"/>
        </w:rPr>
        <w:t>住　所　〇〇県〇〇市〇〇町〇丁目〇番〇号</w:t>
      </w:r>
    </w:p>
    <w:p>
      <w:pPr>
        <w:spacing w:after="280"/>
      </w:pPr>
      <w:r>
        <w:rPr>
          <w:b w:val="0"/>
        </w:rPr>
        <w:t>氏　名　　　　　　　　　　　　　　　　　　　実印</w:t>
      </w:r>
    </w:p>
    <w:p>
      <w:pPr>
        <w:spacing w:after="0"/>
      </w:pPr>
      <w:r>
        <w:rPr>
          <w:b w:val="0"/>
        </w:rPr>
        <w:t>（亡相続人Ｂの相続人　Ｃ）</w:t>
      </w:r>
    </w:p>
    <w:p>
      <w:pPr>
        <w:spacing w:after="0"/>
      </w:pPr>
      <w:r>
        <w:rPr>
          <w:b w:val="0"/>
        </w:rPr>
        <w:t>住　所　〇〇県〇〇市〇〇町〇丁目〇番〇号</w:t>
      </w:r>
    </w:p>
    <w:p>
      <w:pPr>
        <w:spacing w:after="280"/>
      </w:pPr>
      <w:r>
        <w:rPr>
          <w:b w:val="0"/>
        </w:rPr>
        <w:t>氏　名　　　　　　　　　　　　　　　　　　　実印</w:t>
      </w:r>
    </w:p>
    <w:p>
      <w:pPr>
        <w:spacing w:after="0"/>
      </w:pPr>
      <w:r>
        <w:rPr>
          <w:b w:val="0"/>
        </w:rPr>
        <w:t>（相続人Ｅ）</w:t>
      </w:r>
    </w:p>
    <w:p>
      <w:pPr>
        <w:spacing w:after="0"/>
      </w:pPr>
      <w:r>
        <w:rPr>
          <w:b w:val="0"/>
        </w:rPr>
        <w:t>住　所　〇〇県〇〇市〇〇町〇丁目〇番〇号</w:t>
      </w:r>
    </w:p>
    <w:p>
      <w:pPr>
        <w:spacing w:after="280"/>
      </w:pPr>
      <w:r>
        <w:rPr>
          <w:b w:val="0"/>
        </w:rPr>
        <w:t>氏　名　　　　　　　　　　　　　　　　　　　実印</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S Mincho" w:hAnsi="MS Mincho" w:eastAsia="ＭＳ 明朝"/>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