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sz w:val="20"/>
        </w:rPr>
        <w:t>【パターン1】不動産を相続人1人が取得する</w:t>
      </w:r>
    </w:p>
    <w:p>
      <w:pPr>
        <w:spacing w:after="120"/>
      </w:pPr>
      <w:r>
        <w:rPr>
          <w:b w:val="0"/>
          <w:sz w:val="18"/>
        </w:rPr>
        <w:t>【使い方】〇〇の部分を書き換えてください。不動産は登記事項証明書（登記簿）のとおりに、預貯金は通帳のとおりに書きます。相続人全員が署名し、印鑑証明書と同じ印（実印）を押します。２枚以上になるときは、全員の実印で各ページのつなぎ目に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w:t>
      </w:r>
    </w:p>
    <w:p>
      <w:pPr>
        <w:spacing w:after="0"/>
      </w:pPr>
      <w:r>
        <w:rPr>
          <w:b w:val="0"/>
        </w:rPr>
        <w:t xml:space="preserve">　　　　　生年月日：昭和〇年〇月〇日</w:t>
      </w:r>
    </w:p>
    <w:p>
      <w:pPr>
        <w:spacing w:after="0"/>
      </w:pPr>
      <w:r>
        <w:rPr>
          <w:b w:val="0"/>
        </w:rPr>
        <w:t xml:space="preserve">　　　　　死 亡 日：令和〇年〇月〇日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上記被相続人の死亡によって開始した相続の共同相続人である相続人Ａ、相続人Ｂ及び相続人Ｃは、被相続人の遺産について協議を行い、次のとおり分割することに合意した。</w:t>
      </w:r>
    </w:p>
    <w:p>
      <w:pPr>
        <w:spacing w:after="80"/>
      </w:pPr>
      <w:r>
        <w:rPr>
          <w:b w:val="0"/>
        </w:rPr>
        <w:t>第1条　相続人Ａは、次の不動産を取得する。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0"/>
      </w:pPr>
      <w:r>
        <w:rPr>
          <w:b w:val="0"/>
        </w:rPr>
        <w:t xml:space="preserve">　床 面 積　１階　〇〇．〇〇平方メートル</w:t>
      </w:r>
    </w:p>
    <w:p>
      <w:pPr>
        <w:spacing w:after="200"/>
      </w:pPr>
      <w:r>
        <w:rPr>
          <w:b w:val="0"/>
        </w:rPr>
        <w:t xml:space="preserve">　　　　　　２階　〇〇．〇〇平方メートル</w:t>
      </w:r>
    </w:p>
    <w:p>
      <w:pPr>
        <w:spacing w:after="240"/>
      </w:pPr>
      <w:r>
        <w:rPr>
          <w:b w:val="0"/>
        </w:rPr>
        <w:t>第2条　本協議書に記載のない遺産及び後日判明した遺産は、相続人Ａが取得する。</w:t>
      </w:r>
    </w:p>
    <w:p>
      <w:pPr>
        <w:spacing w:after="360"/>
      </w:pPr>
      <w:r>
        <w:rPr>
          <w:b w:val="0"/>
        </w:rPr>
        <w:t>以上のとおり相続人全員による遺産分割協議が成立したので、これを証するため本協議書を3通作成し、各自署名し実印を押印のうえ、各１通を保有する。</w:t>
      </w:r>
    </w:p>
    <w:p>
      <w:pPr>
        <w:spacing w:after="360"/>
      </w:pPr>
      <w:r>
        <w:rPr>
          <w:b w:val="0"/>
        </w:rPr>
        <w:t>令和〇年〇月〇日</w:t>
      </w:r>
    </w:p>
    <w:p>
      <w:pPr>
        <w:spacing w:after="0"/>
      </w:pPr>
      <w:r>
        <w:rPr>
          <w:b w:val="0"/>
        </w:rPr>
        <w:t>（相続人Ａ）</w:t>
      </w:r>
    </w:p>
    <w:p>
      <w:pPr>
        <w:spacing w:after="0"/>
      </w:pPr>
      <w:r>
        <w:rPr>
          <w:b w:val="0"/>
        </w:rPr>
        <w:t>住　所　〇〇県〇〇市〇〇町〇丁目〇番〇号</w:t>
      </w:r>
    </w:p>
    <w:p>
      <w:pPr>
        <w:spacing w:after="320"/>
      </w:pPr>
      <w:r>
        <w:rPr>
          <w:b w:val="0"/>
        </w:rPr>
        <w:t>氏　名　　　　　　　　　　　　　　　　　　　実印</w:t>
      </w:r>
    </w:p>
    <w:p>
      <w:pPr>
        <w:spacing w:after="0"/>
      </w:pPr>
      <w:r>
        <w:rPr>
          <w:b w:val="0"/>
        </w:rPr>
        <w:t>（相続人Ｂ）</w:t>
      </w:r>
    </w:p>
    <w:p>
      <w:pPr>
        <w:spacing w:after="0"/>
      </w:pPr>
      <w:r>
        <w:rPr>
          <w:b w:val="0"/>
        </w:rPr>
        <w:t>住　所　〇〇県〇〇市〇〇町〇丁目〇番〇号</w:t>
      </w:r>
    </w:p>
    <w:p>
      <w:pPr>
        <w:spacing w:after="320"/>
      </w:pPr>
      <w:r>
        <w:rPr>
          <w:b w:val="0"/>
        </w:rPr>
        <w:t>氏　名　　　　　　　　　　　　　　　　　　　実印</w:t>
      </w:r>
    </w:p>
    <w:p>
      <w:pPr>
        <w:spacing w:after="0"/>
      </w:pPr>
      <w:r>
        <w:rPr>
          <w:b w:val="0"/>
        </w:rPr>
        <w:t>（相続人Ｃ）</w:t>
      </w:r>
    </w:p>
    <w:p>
      <w:pPr>
        <w:spacing w:after="0"/>
      </w:pPr>
      <w:r>
        <w:rPr>
          <w:b w:val="0"/>
        </w:rPr>
        <w:t>住　所　〇〇県〇〇市〇〇町〇丁目〇番〇号</w:t>
      </w:r>
    </w:p>
    <w:p>
      <w:pPr>
        <w:spacing w:after="320"/>
      </w:pPr>
      <w:r>
        <w:rPr>
          <w:b w:val="0"/>
        </w:rPr>
        <w:t>氏　名　　　　　　　　　　　　　　　　　　　実印</w:t>
      </w:r>
    </w:p>
    <w:p>
      <w:r>
        <w:br w:type="page"/>
      </w:r>
    </w:p>
    <w:p>
      <w:pPr>
        <w:spacing w:after="120"/>
      </w:pPr>
      <w:r>
        <w:rPr>
          <w:b/>
          <w:sz w:val="20"/>
        </w:rPr>
        <w:t>【パターン2】不動産と預貯金を相続人ごとに分ける</w:t>
      </w:r>
    </w:p>
    <w:p>
      <w:pPr>
        <w:spacing w:after="120"/>
      </w:pPr>
      <w:r>
        <w:rPr>
          <w:b w:val="0"/>
          <w:sz w:val="18"/>
        </w:rPr>
        <w:t>【使い方】〇〇の部分を書き換えてください。不動産は登記事項証明書（登記簿）のとおりに、預貯金は通帳のとおりに書きます。相続人全員が署名し、印鑑証明書と同じ印（実印）を押します。２枚以上になるときは、全員の実印で各ページのつなぎ目に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w:t>
      </w:r>
    </w:p>
    <w:p>
      <w:pPr>
        <w:spacing w:after="0"/>
      </w:pPr>
      <w:r>
        <w:rPr>
          <w:b w:val="0"/>
        </w:rPr>
        <w:t xml:space="preserve">　　　　　生年月日：昭和〇年〇月〇日</w:t>
      </w:r>
    </w:p>
    <w:p>
      <w:pPr>
        <w:spacing w:after="0"/>
      </w:pPr>
      <w:r>
        <w:rPr>
          <w:b w:val="0"/>
        </w:rPr>
        <w:t xml:space="preserve">　　　　　死 亡 日：令和〇年〇月〇日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上記被相続人の死亡によって開始した相続の共同相続人である相続人Ａ、相続人Ｂ及び相続人Ｃは、被相続人の遺産について協議を行い、次のとおり分割することに合意した。</w:t>
      </w:r>
    </w:p>
    <w:p>
      <w:pPr>
        <w:spacing w:after="80"/>
      </w:pPr>
      <w:r>
        <w:rPr>
          <w:b w:val="0"/>
        </w:rPr>
        <w:t>第1条　相続人Ａは、次の不動産を取得する。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0"/>
      </w:pPr>
      <w:r>
        <w:rPr>
          <w:b w:val="0"/>
        </w:rPr>
        <w:t xml:space="preserve">　床 面 積　１階　〇〇．〇〇平方メートル</w:t>
      </w:r>
    </w:p>
    <w:p>
      <w:pPr>
        <w:spacing w:after="200"/>
      </w:pPr>
      <w:r>
        <w:rPr>
          <w:b w:val="0"/>
        </w:rPr>
        <w:t xml:space="preserve">　　　　　　２階　〇〇．〇〇平方メートル</w:t>
      </w:r>
    </w:p>
    <w:p>
      <w:pPr>
        <w:spacing w:after="80"/>
      </w:pPr>
      <w:r>
        <w:rPr>
          <w:b w:val="0"/>
        </w:rPr>
        <w:t>第2条　相続人Ｂは、次の預貯金を取得する。</w:t>
      </w:r>
    </w:p>
    <w:p>
      <w:pPr>
        <w:spacing w:after="0"/>
      </w:pPr>
      <w:r>
        <w:rPr>
          <w:b w:val="0"/>
        </w:rPr>
        <w:t>【預貯金】</w:t>
      </w:r>
    </w:p>
    <w:p>
      <w:pPr>
        <w:spacing w:after="0"/>
      </w:pPr>
      <w:r>
        <w:rPr>
          <w:b w:val="0"/>
        </w:rPr>
        <w:t xml:space="preserve">　〇〇銀行　〇〇支店　普通預金　口座番号〇〇〇〇〇〇〇</w:t>
      </w:r>
    </w:p>
    <w:p>
      <w:pPr>
        <w:spacing w:after="200"/>
      </w:pPr>
      <w:r>
        <w:rPr>
          <w:b w:val="0"/>
        </w:rPr>
        <w:t xml:space="preserve">　上記預金の相続開始日以降の利息を含む。</w:t>
      </w:r>
    </w:p>
    <w:p>
      <w:pPr>
        <w:spacing w:after="80"/>
      </w:pPr>
      <w:r>
        <w:rPr>
          <w:b w:val="0"/>
        </w:rPr>
        <w:t>第3条　相続人Ｃは、次の預貯金を取得する。</w:t>
      </w:r>
    </w:p>
    <w:p>
      <w:pPr>
        <w:spacing w:after="0"/>
      </w:pPr>
      <w:r>
        <w:rPr>
          <w:b w:val="0"/>
        </w:rPr>
        <w:t>【預貯金】</w:t>
      </w:r>
    </w:p>
    <w:p>
      <w:pPr>
        <w:spacing w:after="0"/>
      </w:pPr>
      <w:r>
        <w:rPr>
          <w:b w:val="0"/>
        </w:rPr>
        <w:t xml:space="preserve">　〇〇信用金庫　〇〇支店　普通預金　口座番号〇〇〇〇〇〇〇</w:t>
      </w:r>
    </w:p>
    <w:p>
      <w:pPr>
        <w:spacing w:after="200"/>
      </w:pPr>
      <w:r>
        <w:rPr>
          <w:b w:val="0"/>
        </w:rPr>
        <w:t xml:space="preserve">　上記預金の相続開始日以降の利息を含む。</w:t>
      </w:r>
    </w:p>
    <w:p>
      <w:pPr>
        <w:spacing w:after="240"/>
      </w:pPr>
      <w:r>
        <w:rPr>
          <w:b w:val="0"/>
        </w:rPr>
        <w:t>第4条　本協議書に記載のない遺産及び後日判明した遺産は、相続人Ａが取得する。</w:t>
      </w:r>
    </w:p>
    <w:p>
      <w:pPr>
        <w:spacing w:after="360"/>
      </w:pPr>
      <w:r>
        <w:rPr>
          <w:b w:val="0"/>
        </w:rPr>
        <w:t>以上のとおり相続人全員による遺産分割協議が成立したので、これを証するため本協議書を3通作成し、各自署名し実印を押印のうえ、各１通を保有する。</w:t>
      </w:r>
    </w:p>
    <w:p>
      <w:pPr>
        <w:spacing w:after="360"/>
      </w:pPr>
      <w:r>
        <w:rPr>
          <w:b w:val="0"/>
        </w:rPr>
        <w:t>令和〇年〇月〇日</w:t>
      </w:r>
    </w:p>
    <w:p>
      <w:pPr>
        <w:spacing w:after="0"/>
      </w:pPr>
      <w:r>
        <w:rPr>
          <w:b w:val="0"/>
        </w:rPr>
        <w:t>（相続人Ａ）</w:t>
      </w:r>
    </w:p>
    <w:p>
      <w:pPr>
        <w:spacing w:after="0"/>
      </w:pPr>
      <w:r>
        <w:rPr>
          <w:b w:val="0"/>
        </w:rPr>
        <w:t>住　所　〇〇県〇〇市〇〇町〇丁目〇番〇号</w:t>
      </w:r>
    </w:p>
    <w:p>
      <w:pPr>
        <w:spacing w:after="320"/>
      </w:pPr>
      <w:r>
        <w:rPr>
          <w:b w:val="0"/>
        </w:rPr>
        <w:t>氏　名　　　　　　　　　　　　　　　　　　　実印</w:t>
      </w:r>
    </w:p>
    <w:p>
      <w:pPr>
        <w:spacing w:after="0"/>
      </w:pPr>
      <w:r>
        <w:rPr>
          <w:b w:val="0"/>
        </w:rPr>
        <w:t>（相続人Ｂ）</w:t>
      </w:r>
    </w:p>
    <w:p>
      <w:pPr>
        <w:spacing w:after="0"/>
      </w:pPr>
      <w:r>
        <w:rPr>
          <w:b w:val="0"/>
        </w:rPr>
        <w:t>住　所　〇〇県〇〇市〇〇町〇丁目〇番〇号</w:t>
      </w:r>
    </w:p>
    <w:p>
      <w:pPr>
        <w:spacing w:after="320"/>
      </w:pPr>
      <w:r>
        <w:rPr>
          <w:b w:val="0"/>
        </w:rPr>
        <w:t>氏　名　　　　　　　　　　　　　　　　　　　実印</w:t>
      </w:r>
    </w:p>
    <w:p>
      <w:pPr>
        <w:spacing w:after="0"/>
      </w:pPr>
      <w:r>
        <w:rPr>
          <w:b w:val="0"/>
        </w:rPr>
        <w:t>（相続人Ｃ）</w:t>
      </w:r>
    </w:p>
    <w:p>
      <w:pPr>
        <w:spacing w:after="0"/>
      </w:pPr>
      <w:r>
        <w:rPr>
          <w:b w:val="0"/>
        </w:rPr>
        <w:t>住　所　〇〇県〇〇市〇〇町〇丁目〇番〇号</w:t>
      </w:r>
    </w:p>
    <w:p>
      <w:pPr>
        <w:spacing w:after="320"/>
      </w:pPr>
      <w:r>
        <w:rPr>
          <w:b w:val="0"/>
        </w:rPr>
        <w:t>氏　名　　　　　　　　　　　　　　　　　　　実印</w:t>
      </w:r>
    </w:p>
    <w:p>
      <w:r>
        <w:br w:type="page"/>
      </w:r>
    </w:p>
    <w:p>
      <w:pPr>
        <w:spacing w:after="120"/>
      </w:pPr>
      <w:r>
        <w:rPr>
          <w:b/>
          <w:sz w:val="20"/>
        </w:rPr>
        <w:t>【パターン3】代償分割（不動産を取得した人が他の相続人にお金を払う）</w:t>
      </w:r>
    </w:p>
    <w:p>
      <w:pPr>
        <w:spacing w:after="120"/>
      </w:pPr>
      <w:r>
        <w:rPr>
          <w:b w:val="0"/>
          <w:sz w:val="18"/>
        </w:rPr>
        <w:t>【使い方】〇〇の部分を書き換えてください。不動産は登記事項証明書（登記簿）のとおりに、預貯金は通帳のとおりに書きます。相続人全員が署名し、印鑑証明書と同じ印（実印）を押します。２枚以上になるときは、全員の実印で各ページのつなぎ目に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w:t>
      </w:r>
    </w:p>
    <w:p>
      <w:pPr>
        <w:spacing w:after="0"/>
      </w:pPr>
      <w:r>
        <w:rPr>
          <w:b w:val="0"/>
        </w:rPr>
        <w:t xml:space="preserve">　　　　　生年月日：昭和〇年〇月〇日</w:t>
      </w:r>
    </w:p>
    <w:p>
      <w:pPr>
        <w:spacing w:after="0"/>
      </w:pPr>
      <w:r>
        <w:rPr>
          <w:b w:val="0"/>
        </w:rPr>
        <w:t xml:space="preserve">　　　　　死 亡 日：令和〇年〇月〇日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上記被相続人の死亡によって開始した相続の共同相続人である相続人Ａ及び相続人Ｂは、被相続人の遺産について協議を行い、次のとおり分割することに合意した。</w:t>
      </w:r>
    </w:p>
    <w:p>
      <w:pPr>
        <w:spacing w:after="80"/>
      </w:pPr>
      <w:r>
        <w:rPr>
          <w:b w:val="0"/>
        </w:rPr>
        <w:t>第1条　相続人Ａは、次の不動産を取得する。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0"/>
      </w:pPr>
      <w:r>
        <w:rPr>
          <w:b w:val="0"/>
        </w:rPr>
        <w:t xml:space="preserve">　床 面 積　１階　〇〇．〇〇平方メートル</w:t>
      </w:r>
    </w:p>
    <w:p>
      <w:pPr>
        <w:spacing w:after="200"/>
      </w:pPr>
      <w:r>
        <w:rPr>
          <w:b w:val="0"/>
        </w:rPr>
        <w:t xml:space="preserve">　　　　　　２階　〇〇．〇〇平方メートル</w:t>
      </w:r>
    </w:p>
    <w:p>
      <w:pPr>
        <w:spacing w:after="80"/>
      </w:pPr>
      <w:r>
        <w:rPr>
          <w:b w:val="0"/>
        </w:rPr>
        <w:t>第2条　相続人Ａは、第１条の不動産を取得する代償として、相続人Ｂに対し、金〇〇〇万円を令和〇年〇月〇日までに、相続人Ｂの指定する口座に振り込む方法により支払う。振込手数料は相続人Ａの負担とする。</w:t>
      </w:r>
    </w:p>
    <w:p>
      <w:pPr>
        <w:spacing w:after="240"/>
      </w:pPr>
      <w:r>
        <w:rPr>
          <w:b w:val="0"/>
        </w:rPr>
        <w:t>第3条　本協議書に記載のない遺産及び後日判明した遺産は、相続人Ａが取得する。</w:t>
      </w:r>
    </w:p>
    <w:p>
      <w:pPr>
        <w:spacing w:after="360"/>
      </w:pPr>
      <w:r>
        <w:rPr>
          <w:b w:val="0"/>
        </w:rPr>
        <w:t>以上のとおり相続人全員による遺産分割協議が成立したので、これを証するため本協議書を2通作成し、各自署名し実印を押印のうえ、各１通を保有する。</w:t>
      </w:r>
    </w:p>
    <w:p>
      <w:pPr>
        <w:spacing w:after="360"/>
      </w:pPr>
      <w:r>
        <w:rPr>
          <w:b w:val="0"/>
        </w:rPr>
        <w:t>令和〇年〇月〇日</w:t>
      </w:r>
    </w:p>
    <w:p>
      <w:pPr>
        <w:spacing w:after="0"/>
      </w:pPr>
      <w:r>
        <w:rPr>
          <w:b w:val="0"/>
        </w:rPr>
        <w:t>（相続人Ａ）</w:t>
      </w:r>
    </w:p>
    <w:p>
      <w:pPr>
        <w:spacing w:after="0"/>
      </w:pPr>
      <w:r>
        <w:rPr>
          <w:b w:val="0"/>
        </w:rPr>
        <w:t>住　所　〇〇県〇〇市〇〇町〇丁目〇番〇号</w:t>
      </w:r>
    </w:p>
    <w:p>
      <w:pPr>
        <w:spacing w:after="320"/>
      </w:pPr>
      <w:r>
        <w:rPr>
          <w:b w:val="0"/>
        </w:rPr>
        <w:t>氏　名　　　　　　　　　　　　　　　　　　　実印</w:t>
      </w:r>
    </w:p>
    <w:p>
      <w:pPr>
        <w:spacing w:after="0"/>
      </w:pPr>
      <w:r>
        <w:rPr>
          <w:b w:val="0"/>
        </w:rPr>
        <w:t>（相続人Ｂ）</w:t>
      </w:r>
    </w:p>
    <w:p>
      <w:pPr>
        <w:spacing w:after="0"/>
      </w:pPr>
      <w:r>
        <w:rPr>
          <w:b w:val="0"/>
        </w:rPr>
        <w:t>住　所　〇〇県〇〇市〇〇町〇丁目〇番〇号</w:t>
      </w:r>
    </w:p>
    <w:p>
      <w:pPr>
        <w:spacing w:after="320"/>
      </w:pPr>
      <w:r>
        <w:rPr>
          <w:b w:val="0"/>
        </w:rPr>
        <w:t>氏　名　　　　　　　　　　　　　　　　　　　実印</w:t>
      </w:r>
    </w:p>
    <w:p>
      <w:r>
        <w:br w:type="page"/>
      </w:r>
    </w:p>
    <w:p>
      <w:pPr>
        <w:spacing w:after="120"/>
      </w:pPr>
      <w:r>
        <w:rPr>
          <w:b/>
          <w:sz w:val="20"/>
        </w:rPr>
        <w:t>【パターン4】相続人1人がすべての遺産を取得する</w:t>
      </w:r>
    </w:p>
    <w:p>
      <w:pPr>
        <w:spacing w:after="120"/>
      </w:pPr>
      <w:r>
        <w:rPr>
          <w:b w:val="0"/>
          <w:sz w:val="18"/>
        </w:rPr>
        <w:t>【使い方】〇〇の部分を書き換えてください。不動産は登記事項証明書（登記簿）のとおりに、預貯金は通帳のとおりに書きます。相続人全員が署名し、印鑑証明書と同じ印（実印）を押します。２枚以上になるときは、全員の実印で各ページのつなぎ目に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w:t>
      </w:r>
    </w:p>
    <w:p>
      <w:pPr>
        <w:spacing w:after="0"/>
      </w:pPr>
      <w:r>
        <w:rPr>
          <w:b w:val="0"/>
        </w:rPr>
        <w:t xml:space="preserve">　　　　　生年月日：昭和〇年〇月〇日</w:t>
      </w:r>
    </w:p>
    <w:p>
      <w:pPr>
        <w:spacing w:after="0"/>
      </w:pPr>
      <w:r>
        <w:rPr>
          <w:b w:val="0"/>
        </w:rPr>
        <w:t xml:space="preserve">　　　　　死 亡 日：令和〇年〇月〇日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上記被相続人の死亡によって開始した相続の共同相続人である相続人Ａ、相続人Ｂ及び相続人Ｃは、被相続人の遺産について協議を行い、次のとおり分割することに合意した。</w:t>
      </w:r>
    </w:p>
    <w:p>
      <w:pPr>
        <w:spacing w:after="80"/>
      </w:pPr>
      <w:r>
        <w:rPr>
          <w:b w:val="0"/>
        </w:rPr>
        <w:t>第1条　被相続人の遺産は、すべて相続人Ａが取得する。主な遺産は次のとおりである。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0"/>
      </w:pPr>
      <w:r>
        <w:rPr>
          <w:b w:val="0"/>
        </w:rPr>
        <w:t xml:space="preserve">　床 面 積　１階　〇〇．〇〇平方メートル</w:t>
      </w:r>
    </w:p>
    <w:p>
      <w:pPr>
        <w:spacing w:after="0"/>
      </w:pPr>
      <w:r>
        <w:rPr>
          <w:b w:val="0"/>
        </w:rPr>
        <w:t xml:space="preserve">　　　　　　２階　〇〇．〇〇平方メートル</w:t>
      </w:r>
    </w:p>
    <w:p>
      <w:pPr>
        <w:spacing w:after="0"/>
      </w:pPr>
      <w:r>
        <w:rPr>
          <w:b w:val="0"/>
        </w:rPr>
      </w:r>
    </w:p>
    <w:p>
      <w:pPr>
        <w:spacing w:after="0"/>
      </w:pPr>
      <w:r>
        <w:rPr>
          <w:b w:val="0"/>
        </w:rPr>
        <w:t>【預貯金】</w:t>
      </w:r>
    </w:p>
    <w:p>
      <w:pPr>
        <w:spacing w:after="0"/>
      </w:pPr>
      <w:r>
        <w:rPr>
          <w:b w:val="0"/>
        </w:rPr>
        <w:t xml:space="preserve">　〇〇銀行　〇〇支店　普通預金　口座番号〇〇〇〇〇〇〇</w:t>
      </w:r>
    </w:p>
    <w:p>
      <w:pPr>
        <w:spacing w:after="200"/>
      </w:pPr>
      <w:r>
        <w:rPr>
          <w:b w:val="0"/>
        </w:rPr>
        <w:t xml:space="preserve">　上記預金の相続開始日以降の利息を含む。</w:t>
      </w:r>
    </w:p>
    <w:p>
      <w:pPr>
        <w:spacing w:after="240"/>
      </w:pPr>
      <w:r>
        <w:rPr>
          <w:b w:val="0"/>
        </w:rPr>
        <w:t>第2条　本協議書に記載のない遺産及び後日判明した遺産は、相続人Ａが取得する。</w:t>
      </w:r>
    </w:p>
    <w:p>
      <w:pPr>
        <w:spacing w:after="360"/>
      </w:pPr>
      <w:r>
        <w:rPr>
          <w:b w:val="0"/>
        </w:rPr>
        <w:t>以上のとおり相続人全員による遺産分割協議が成立したので、これを証するため本協議書を3通作成し、各自署名し実印を押印のうえ、各１通を保有する。</w:t>
      </w:r>
    </w:p>
    <w:p>
      <w:pPr>
        <w:spacing w:after="360"/>
      </w:pPr>
      <w:r>
        <w:rPr>
          <w:b w:val="0"/>
        </w:rPr>
        <w:t>令和〇年〇月〇日</w:t>
      </w:r>
    </w:p>
    <w:p>
      <w:pPr>
        <w:spacing w:after="0"/>
      </w:pPr>
      <w:r>
        <w:rPr>
          <w:b w:val="0"/>
        </w:rPr>
        <w:t>（相続人Ａ）</w:t>
      </w:r>
    </w:p>
    <w:p>
      <w:pPr>
        <w:spacing w:after="0"/>
      </w:pPr>
      <w:r>
        <w:rPr>
          <w:b w:val="0"/>
        </w:rPr>
        <w:t>住　所　〇〇県〇〇市〇〇町〇丁目〇番〇号</w:t>
      </w:r>
    </w:p>
    <w:p>
      <w:pPr>
        <w:spacing w:after="320"/>
      </w:pPr>
      <w:r>
        <w:rPr>
          <w:b w:val="0"/>
        </w:rPr>
        <w:t>氏　名　　　　　　　　　　　　　　　　　　　実印</w:t>
      </w:r>
    </w:p>
    <w:p>
      <w:pPr>
        <w:spacing w:after="0"/>
      </w:pPr>
      <w:r>
        <w:rPr>
          <w:b w:val="0"/>
        </w:rPr>
        <w:t>（相続人Ｂ）</w:t>
      </w:r>
    </w:p>
    <w:p>
      <w:pPr>
        <w:spacing w:after="0"/>
      </w:pPr>
      <w:r>
        <w:rPr>
          <w:b w:val="0"/>
        </w:rPr>
        <w:t>住　所　〇〇県〇〇市〇〇町〇丁目〇番〇号</w:t>
      </w:r>
    </w:p>
    <w:p>
      <w:pPr>
        <w:spacing w:after="320"/>
      </w:pPr>
      <w:r>
        <w:rPr>
          <w:b w:val="0"/>
        </w:rPr>
        <w:t>氏　名　　　　　　　　　　　　　　　　　　　実印</w:t>
      </w:r>
    </w:p>
    <w:p>
      <w:pPr>
        <w:spacing w:after="0"/>
      </w:pPr>
      <w:r>
        <w:rPr>
          <w:b w:val="0"/>
        </w:rPr>
        <w:t>（相続人Ｃ）</w:t>
      </w:r>
    </w:p>
    <w:p>
      <w:pPr>
        <w:spacing w:after="0"/>
      </w:pPr>
      <w:r>
        <w:rPr>
          <w:b w:val="0"/>
        </w:rPr>
        <w:t>住　所　〇〇県〇〇市〇〇町〇丁目〇番〇号</w:t>
      </w:r>
    </w:p>
    <w:p>
      <w:pPr>
        <w:spacing w:after="320"/>
      </w:pPr>
      <w:r>
        <w:rPr>
          <w:b w:val="0"/>
        </w:rPr>
        <w:t>氏　名　　　　　　　　　　　　　　　　　　　実印</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