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sz w:val="18"/>
        </w:rPr>
        <w:t>【使い方】自筆証書遺言の下書き用の文例集です。自筆証書遺言は、全文・日付・氏名を必ず手書きし、押印します（パソコンで作った遺言書は無効です。財産目録を除く）。この文例を参考に、自分に合う条項を選んで手書きしてください。法務局の保管制度を使う場合は、A4・片面、余白は上5mm・下10mm・左20mm・右5mm以上を守ります。</w:t>
      </w:r>
    </w:p>
    <w:p>
      <w:pPr>
        <w:spacing w:after="280"/>
        <w:jc w:val="center"/>
      </w:pPr>
      <w:r>
        <w:rPr>
          <w:b/>
          <w:sz w:val="30"/>
        </w:rPr>
        <w:t>自筆証書遺言　文例集（下書き用）</w:t>
      </w:r>
    </w:p>
    <w:p>
      <w:pPr>
        <w:spacing w:after="80"/>
      </w:pPr>
      <w:r>
        <w:rPr>
          <w:b/>
        </w:rPr>
        <w:t>文例1：配偶者にすべての財産を相続させる（子どものいない夫婦など）</w:t>
      </w:r>
    </w:p>
    <w:p>
      <w:pPr>
        <w:spacing w:after="80"/>
      </w:pPr>
      <w:r>
        <w:rPr>
          <w:b w:val="0"/>
        </w:rPr>
        <w:t>第1条　遺言者は、遺言者の有する一切の財産を、遺言者の妻〇〇〇〇（昭和〇年〇月〇日生）に相続させる。</w:t>
      </w:r>
    </w:p>
    <w:p>
      <w:pPr>
        <w:spacing w:after="80"/>
      </w:pPr>
      <w:r>
        <w:rPr>
          <w:b w:val="0"/>
        </w:rPr>
        <w:t>第2条　遺言者は、この遺言の遺言執行者として、前条記載の妻〇〇〇〇を指定する。</w:t>
      </w:r>
    </w:p>
    <w:p>
      <w:pPr>
        <w:spacing w:after="120"/>
      </w:pPr>
      <w:r>
        <w:rPr>
          <w:b w:val="0"/>
        </w:rPr>
      </w:r>
    </w:p>
    <w:p>
      <w:pPr>
        <w:spacing w:after="80"/>
      </w:pPr>
      <w:r>
        <w:rPr>
          <w:b/>
        </w:rPr>
        <w:t>文例2：配偶者が先に亡くなった場合の備え（予備的遺言）</w:t>
      </w:r>
    </w:p>
    <w:p>
      <w:pPr>
        <w:spacing w:after="80"/>
      </w:pPr>
      <w:r>
        <w:rPr>
          <w:b w:val="0"/>
        </w:rPr>
        <w:t>第3条　遺言者の死亡以前に妻〇〇〇〇が死亡したときは、遺言者は、前記の財産を、〇〇〇〇（昭和〇年〇月〇日生、住所〇〇県〇〇市〇〇町〇丁目〇番〇号）に遺贈する。</w:t>
      </w:r>
    </w:p>
    <w:p>
      <w:pPr>
        <w:spacing w:after="120"/>
      </w:pPr>
      <w:r>
        <w:rPr>
          <w:b w:val="0"/>
        </w:rPr>
      </w:r>
    </w:p>
    <w:p>
      <w:pPr>
        <w:spacing w:after="80"/>
      </w:pPr>
      <w:r>
        <w:rPr>
          <w:b/>
        </w:rPr>
        <w:t>文例3：不動産は長男、預金は長女に分ける</w:t>
      </w:r>
    </w:p>
    <w:p>
      <w:pPr>
        <w:spacing w:after="0"/>
      </w:pPr>
      <w:r>
        <w:rPr>
          <w:b w:val="0"/>
        </w:rPr>
        <w:t>第1条　遺言者は、遺言者の有する次の不動産を、遺言者の長男〇〇〇〇（昭和〇年〇月〇日生）に相続させる。</w:t>
      </w:r>
    </w:p>
    <w:p>
      <w:pPr>
        <w:spacing w:after="0"/>
      </w:pPr>
      <w:r>
        <w:rPr>
          <w:b w:val="0"/>
        </w:rPr>
        <w:t>（1）土地　所在　〇〇市〇〇町〇丁目　地番　〇番〇　地目　宅地　地積　〇〇〇．〇〇平方メートル</w:t>
      </w:r>
    </w:p>
    <w:p>
      <w:pPr>
        <w:spacing w:after="80"/>
      </w:pPr>
      <w:r>
        <w:rPr>
          <w:b w:val="0"/>
        </w:rPr>
        <w:t>（2）建物　所在　〇〇市〇〇町〇丁目〇番地〇　家屋番号　〇番〇</w:t>
      </w:r>
    </w:p>
    <w:p>
      <w:pPr>
        <w:spacing w:after="80"/>
      </w:pPr>
      <w:r>
        <w:rPr>
          <w:b w:val="0"/>
        </w:rPr>
        <w:t>第2条　遺言者は、遺言者名義の〇〇銀行〇〇支店の普通預金（口座番号〇〇〇〇〇〇〇）を、遺言者の長女〇〇〇〇（昭和〇年〇月〇日生）に相続させる。</w:t>
      </w:r>
    </w:p>
    <w:p>
      <w:pPr>
        <w:spacing w:after="80"/>
      </w:pPr>
      <w:r>
        <w:rPr>
          <w:b w:val="0"/>
        </w:rPr>
        <w:t>第3条　遺言者は、前各条に記載した財産以外の一切の財産を、長男〇〇〇〇に相続させる。</w:t>
      </w:r>
    </w:p>
    <w:p>
      <w:pPr>
        <w:spacing w:after="120"/>
      </w:pPr>
      <w:r>
        <w:rPr>
          <w:b w:val="0"/>
        </w:rPr>
      </w:r>
    </w:p>
    <w:p>
      <w:pPr>
        <w:spacing w:after="80"/>
      </w:pPr>
      <w:r>
        <w:rPr>
          <w:b/>
        </w:rPr>
        <w:t>文例4：相続人ではない人（内縁の配偶者・長男の妻・孫など）に渡す</w:t>
      </w:r>
    </w:p>
    <w:p>
      <w:pPr>
        <w:spacing w:after="0"/>
      </w:pPr>
      <w:r>
        <w:rPr>
          <w:b w:val="0"/>
        </w:rPr>
        <w:t>第1条　遺言者は、遺言者の有する次の財産を、〇〇〇〇（昭和〇年〇月〇日生、住所〇〇県〇〇市〇〇町〇丁目〇番〇号）に遺贈する。</w:t>
      </w:r>
    </w:p>
    <w:p>
      <w:pPr>
        <w:spacing w:after="80"/>
      </w:pPr>
      <w:r>
        <w:rPr>
          <w:b w:val="0"/>
        </w:rPr>
        <w:t>〇〇銀行〇〇支店　普通預金　口座番号〇〇〇〇〇〇〇</w:t>
      </w:r>
    </w:p>
    <w:p>
      <w:pPr>
        <w:spacing w:after="80"/>
      </w:pPr>
      <w:r>
        <w:rPr>
          <w:b w:val="0"/>
        </w:rPr>
        <w:t>（注）相続人ではない人に渡すときは「相続させる」ではなく「遺贈する」と書きます。</w:t>
      </w:r>
    </w:p>
    <w:p>
      <w:pPr>
        <w:spacing w:after="120"/>
      </w:pPr>
      <w:r>
        <w:rPr>
          <w:b w:val="0"/>
        </w:rPr>
      </w:r>
    </w:p>
    <w:p>
      <w:pPr>
        <w:spacing w:after="80"/>
      </w:pPr>
      <w:r>
        <w:rPr>
          <w:b/>
        </w:rPr>
        <w:t>文例5：証券口座の金融資産をまとめて渡す</w:t>
      </w:r>
    </w:p>
    <w:p>
      <w:pPr>
        <w:spacing w:after="80"/>
      </w:pPr>
      <w:r>
        <w:rPr>
          <w:b w:val="0"/>
        </w:rPr>
        <w:t>第〇条　遺言者は、〇〇証券株式会社〇〇支店に預託している遺言者名義の株式、投資信託その他一切の金融資産（非課税口座（NISA口座）に預託しているものを含む。）を、〇〇〇〇に相続させる。</w:t>
      </w:r>
    </w:p>
    <w:p>
      <w:pPr>
        <w:spacing w:after="120"/>
      </w:pPr>
      <w:r>
        <w:rPr>
          <w:b w:val="0"/>
        </w:rPr>
      </w:r>
    </w:p>
    <w:p>
      <w:pPr>
        <w:spacing w:after="80"/>
      </w:pPr>
      <w:r>
        <w:rPr>
          <w:b/>
        </w:rPr>
        <w:t>文例6：付言事項（気持ちを伝える）</w:t>
      </w:r>
    </w:p>
    <w:p>
      <w:pPr>
        <w:spacing w:after="80"/>
      </w:pPr>
      <w:r>
        <w:rPr>
          <w:b w:val="0"/>
        </w:rPr>
        <w:t>付言事項　この遺言は、長年私の介護をしてくれた〇〇に報いたいと考えて作成しました。家族みんなが仲良く、この遺言を尊重してくれることを願っています。</w:t>
      </w:r>
    </w:p>
    <w:p>
      <w:pPr>
        <w:spacing w:after="80"/>
      </w:pPr>
      <w:r>
        <w:rPr>
          <w:b w:val="0"/>
        </w:rPr>
        <w:t>（注）付言事項に法的な効力はありませんが、遺言の理由を伝えることで、相続人の納得を得やすくなります。</w:t>
      </w:r>
    </w:p>
    <w:p>
      <w:pPr>
        <w:spacing w:after="120"/>
      </w:pPr>
      <w:r>
        <w:rPr>
          <w:b w:val="0"/>
        </w:rPr>
      </w:r>
    </w:p>
    <w:p>
      <w:pPr>
        <w:spacing w:after="80"/>
      </w:pPr>
      <w:r>
        <w:rPr>
          <w:b/>
        </w:rPr>
        <w:t>【結び（全文例に共通）】</w:t>
      </w:r>
    </w:p>
    <w:p>
      <w:pPr>
        <w:spacing w:after="0"/>
      </w:pPr>
      <w:r>
        <w:rPr>
          <w:b w:val="0"/>
        </w:rPr>
        <w:t>令和〇年〇月〇日</w:t>
      </w:r>
    </w:p>
    <w:p>
      <w:pPr>
        <w:spacing w:after="0"/>
      </w:pPr>
      <w:r>
        <w:rPr>
          <w:b w:val="0"/>
        </w:rPr>
        <w:t>住所　〇〇県〇〇市〇〇町〇丁目〇番〇号</w:t>
      </w:r>
    </w:p>
    <w:p>
      <w:pPr>
        <w:spacing w:after="160"/>
      </w:pPr>
      <w:r>
        <w:rPr>
          <w:b w:val="0"/>
        </w:rPr>
        <w:t>遺言者　〇〇〇〇　印</w:t>
      </w:r>
    </w:p>
    <w:p>
      <w:pPr>
        <w:spacing w:after="120"/>
      </w:pPr>
      <w:r>
        <w:rPr>
          <w:b w:val="0"/>
          <w:sz w:val="18"/>
        </w:rPr>
        <w:t>（注）日付は「〇月吉日」ではなく、年月日を特定して書きます。夫婦で1枚の紙に書く共同遺言は無効です。1人1通ずつ書きます。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