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借地人が亡くなり、借地権を相続したことを地主に知らせる文書の例です。相続に地主の承諾は要りませんが、地代の支払者・連絡先が変わるので通知しておきます。〇〇の部分を書き換え、印刷前にこの【使い方】の段落を削除してください。</w:t>
      </w:r>
    </w:p>
    <w:p>
      <w:pPr>
        <w:spacing w:after="200"/>
        <w:jc w:val="right"/>
      </w:pPr>
      <w:r>
        <w:rPr>
          <w:b w:val="0"/>
        </w:rPr>
        <w:t>令和〇年〇月〇日</w:t>
      </w:r>
    </w:p>
    <w:p>
      <w:pPr>
        <w:spacing w:after="0"/>
      </w:pPr>
      <w:r>
        <w:rPr>
          <w:b w:val="0"/>
        </w:rPr>
        <w:t>〒〇〇〇－〇〇〇〇</w:t>
      </w:r>
    </w:p>
    <w:p>
      <w:pPr>
        <w:spacing w:after="0"/>
      </w:pPr>
      <w:r>
        <w:rPr>
          <w:b w:val="0"/>
        </w:rPr>
        <w:t>〇〇県〇〇市〇〇町〇丁目〇番〇号</w:t>
      </w:r>
    </w:p>
    <w:p>
      <w:pPr>
        <w:spacing w:after="280"/>
      </w:pPr>
      <w:r>
        <w:rPr>
          <w:b w:val="0"/>
        </w:rPr>
        <w:t>〇〇〇〇　様</w:t>
      </w:r>
    </w:p>
    <w:p>
      <w:pPr>
        <w:spacing w:after="0"/>
        <w:jc w:val="right"/>
      </w:pPr>
      <w:r>
        <w:rPr>
          <w:b w:val="0"/>
        </w:rPr>
        <w:t>〒〇〇〇－〇〇〇〇</w:t>
      </w:r>
    </w:p>
    <w:p>
      <w:pPr>
        <w:spacing w:after="0"/>
        <w:jc w:val="right"/>
      </w:pPr>
      <w:r>
        <w:rPr>
          <w:b w:val="0"/>
        </w:rPr>
        <w:t>〇〇県〇〇市〇〇町〇丁目〇番〇号</w:t>
      </w:r>
    </w:p>
    <w:p>
      <w:pPr>
        <w:spacing w:after="0"/>
        <w:jc w:val="right"/>
      </w:pPr>
      <w:r>
        <w:rPr>
          <w:b w:val="0"/>
        </w:rPr>
        <w:t>〇〇〇〇</w:t>
      </w:r>
    </w:p>
    <w:p>
      <w:pPr>
        <w:spacing w:after="280"/>
        <w:jc w:val="right"/>
      </w:pPr>
      <w:r>
        <w:rPr>
          <w:b w:val="0"/>
        </w:rPr>
        <w:t>電話　〇〇〇－〇〇〇〇－〇〇〇〇</w:t>
      </w:r>
    </w:p>
    <w:p>
      <w:pPr>
        <w:spacing w:after="280"/>
        <w:jc w:val="center"/>
      </w:pPr>
      <w:r>
        <w:rPr>
          <w:b/>
          <w:sz w:val="28"/>
        </w:rPr>
        <w:t>借地人変更（相続）のお知らせ</w:t>
      </w:r>
    </w:p>
    <w:p>
      <w:pPr>
        <w:spacing w:after="120"/>
      </w:pPr>
      <w:r>
        <w:rPr>
          <w:b w:val="0"/>
        </w:rPr>
        <w:t>拝啓　平素より格別のご高配を賜り、厚く御礼申し上げます。</w:t>
      </w:r>
    </w:p>
    <w:p>
      <w:pPr>
        <w:spacing w:after="120"/>
      </w:pPr>
      <w:r>
        <w:rPr>
          <w:b w:val="0"/>
        </w:rPr>
        <w:t>さて、貴殿よりお借りしております下記土地の借地人〇〇〇〇は、令和〇年〇月〇日に死亡いたしました。</w:t>
      </w:r>
    </w:p>
    <w:p>
      <w:pPr>
        <w:spacing w:after="120"/>
      </w:pPr>
      <w:r>
        <w:rPr>
          <w:b w:val="0"/>
        </w:rPr>
        <w:t>つきましては、同人が有しておりました下記土地の借地権及び同土地上の建物は、相続により〇〇〇〇が承継いたしましたので、お知らせいたします。</w:t>
      </w:r>
    </w:p>
    <w:p>
      <w:pPr>
        <w:spacing w:after="120"/>
      </w:pPr>
      <w:r>
        <w:rPr>
          <w:b w:val="0"/>
        </w:rPr>
        <w:t>今後の地代は、これまでと同じ条件で、〇〇〇〇よりお支払いいたします。引き続きよろしくお願い申し上げます。</w:t>
      </w:r>
    </w:p>
    <w:p>
      <w:pPr>
        <w:spacing w:after="280"/>
        <w:jc w:val="right"/>
      </w:pPr>
      <w:r>
        <w:rPr>
          <w:b w:val="0"/>
        </w:rPr>
        <w:t>敬具</w:t>
      </w:r>
    </w:p>
    <w:p>
      <w:pPr>
        <w:spacing w:after="200"/>
        <w:jc w:val="center"/>
      </w:pPr>
      <w:r>
        <w:rPr>
          <w:b w:val="0"/>
        </w:rPr>
        <w:t>記</w:t>
      </w:r>
    </w:p>
    <w:p>
      <w:pPr>
        <w:spacing w:after="0"/>
      </w:pPr>
      <w:r>
        <w:rPr>
          <w:b w:val="0"/>
        </w:rPr>
        <w:t>１　土地の所在　〇〇市〇〇町〇丁目　〇番〇　（地積　〇〇〇．〇〇平方メートル）</w:t>
      </w:r>
    </w:p>
    <w:p>
      <w:pPr>
        <w:spacing w:after="0"/>
      </w:pPr>
      <w:r>
        <w:rPr>
          <w:b w:val="0"/>
        </w:rPr>
        <w:t>２　借地上の建物　〇〇市〇〇町〇丁目〇番地〇　家屋番号　〇番〇</w:t>
      </w:r>
    </w:p>
    <w:p>
      <w:pPr>
        <w:spacing w:after="0"/>
      </w:pPr>
      <w:r>
        <w:rPr>
          <w:b w:val="0"/>
        </w:rPr>
        <w:t>３　承継した人　〇〇〇〇（住所　〇〇県〇〇市〇〇町〇丁目〇番〇号）</w:t>
      </w:r>
    </w:p>
    <w:p>
      <w:pPr>
        <w:spacing w:after="200"/>
      </w:pPr>
      <w:r>
        <w:rPr>
          <w:b w:val="0"/>
        </w:rPr>
        <w:t>４　地代のお支払い方法　〇〇銀行〇〇支店の口座へ毎月〇日までに振込（従前どおり）</w:t>
      </w:r>
    </w:p>
    <w:p>
      <w:pPr>
        <w:spacing w:after="120"/>
        <w:jc w:val="right"/>
      </w:pPr>
      <w:r>
        <w:rPr>
          <w:b w:val="0"/>
        </w:rPr>
        <w:t>以上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