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val="0"/>
          <w:sz w:val="18"/>
        </w:rPr>
        <w:t>【使い方】〇〇の部分を書き換えて使います。パターン1は現金、2は不動産、3は未成年の子への贈与、4は住宅取得等資金の贈与です。使わないパターンのページは削除してください。贈与する人・受ける人（未成年なら親権者）がそれぞれ自分で署名し、押印します。日付は実際に契約した日を書きます。贈与税の申告は、贈与を受けた翌年2月1日〜3月15日です。印刷前にこの【使い方】の段落を削除してください。</w:t>
      </w:r>
    </w:p>
    <w:p>
      <w:pPr>
        <w:spacing w:after="280"/>
        <w:jc w:val="center"/>
      </w:pPr>
      <w:r>
        <w:rPr>
          <w:b/>
          <w:sz w:val="32"/>
        </w:rPr>
        <w:t>贈　与　契　約　書</w:t>
      </w:r>
    </w:p>
    <w:p>
      <w:pPr>
        <w:spacing w:after="120"/>
      </w:pPr>
      <w:r>
        <w:rPr>
          <w:b w:val="0"/>
          <w:sz w:val="18"/>
        </w:rPr>
        <w:t>【パターン1：現金の贈与】</w:t>
      </w:r>
    </w:p>
    <w:p>
      <w:pPr>
        <w:spacing w:after="200"/>
      </w:pPr>
      <w:r>
        <w:rPr>
          <w:b w:val="0"/>
        </w:rPr>
        <w:t>贈与者〇〇〇〇（以下「甲」という。）と受贈者〇〇〇〇（以下「乙」という。）は、次のとおり贈与契約を締結した。</w:t>
      </w:r>
    </w:p>
    <w:p>
      <w:pPr>
        <w:spacing w:after="120"/>
      </w:pPr>
      <w:r>
        <w:rPr>
          <w:b w:val="0"/>
        </w:rPr>
        <w:t>第1条　甲は、現金〇〇〇万円を乙に贈与するものとし、乙はこれを受諾した。</w:t>
      </w:r>
    </w:p>
    <w:p>
      <w:pPr>
        <w:spacing w:after="0"/>
      </w:pPr>
      <w:r>
        <w:rPr>
          <w:b w:val="0"/>
        </w:rPr>
        <w:t>第2条　甲は、前条の現金を、令和〇年〇月〇日までに、乙の指定する次の口座に振り込む方法により引き渡す。</w:t>
      </w:r>
    </w:p>
    <w:p>
      <w:pPr>
        <w:spacing w:after="120"/>
      </w:pPr>
      <w:r>
        <w:rPr>
          <w:b w:val="0"/>
        </w:rPr>
        <w:t xml:space="preserve">　　　〇〇銀行　〇〇支店　普通預金　口座番号〇〇〇〇〇〇〇　口座名義　〇〇〇〇</w:t>
      </w:r>
    </w:p>
    <w:p>
      <w:pPr>
        <w:spacing w:after="280"/>
      </w:pPr>
      <w:r>
        <w:rPr>
          <w:b w:val="0"/>
        </w:rPr>
        <w:t>第3条　振込手数料は甲の負担とする。</w:t>
      </w:r>
    </w:p>
    <w:p>
      <w:pPr>
        <w:spacing w:after="280"/>
      </w:pPr>
      <w:r>
        <w:rPr>
          <w:b w:val="0"/>
        </w:rPr>
        <w:t>以上の契約を証するため、本契約書を2通作成し、甲乙署名押印のうえ、各1通を保有する。</w:t>
      </w:r>
    </w:p>
    <w:p>
      <w:pPr>
        <w:spacing w:after="280"/>
      </w:pPr>
      <w:r>
        <w:rPr>
          <w:b w:val="0"/>
        </w:rPr>
        <w:t>令和〇年〇月〇日</w:t>
      </w:r>
    </w:p>
    <w:p>
      <w:pPr>
        <w:spacing w:after="0"/>
      </w:pPr>
      <w:r>
        <w:rPr>
          <w:b w:val="0"/>
        </w:rPr>
        <w:t>（甲）住所　〇〇県〇〇市〇〇町〇丁目〇番〇号</w:t>
      </w:r>
    </w:p>
    <w:p>
      <w:pPr>
        <w:spacing w:after="240"/>
      </w:pPr>
      <w:r>
        <w:rPr>
          <w:b w:val="0"/>
        </w:rPr>
        <w:t xml:space="preserve">　　　氏名　　　　　　　　　　　　　　　　　　印</w:t>
      </w:r>
    </w:p>
    <w:p>
      <w:pPr>
        <w:spacing w:after="0"/>
      </w:pPr>
      <w:r>
        <w:rPr>
          <w:b w:val="0"/>
        </w:rPr>
        <w:t>（乙）住所　〇〇県〇〇市〇〇町〇丁目〇番〇号</w:t>
      </w:r>
    </w:p>
    <w:p>
      <w:pPr>
        <w:spacing w:after="240"/>
      </w:pPr>
      <w:r>
        <w:rPr>
          <w:b w:val="0"/>
        </w:rPr>
        <w:t xml:space="preserve">　　　氏名　　　　　　　　　　　　　　　　　　印</w:t>
      </w:r>
    </w:p>
    <w:p>
      <w:r>
        <w:br w:type="page"/>
      </w:r>
    </w:p>
    <w:p>
      <w:pPr>
        <w:spacing w:after="280"/>
        <w:jc w:val="center"/>
      </w:pPr>
      <w:r>
        <w:rPr>
          <w:b/>
          <w:sz w:val="32"/>
        </w:rPr>
        <w:t>贈　与　契　約　書</w:t>
      </w:r>
    </w:p>
    <w:p>
      <w:pPr>
        <w:spacing w:after="120"/>
      </w:pPr>
      <w:r>
        <w:rPr>
          <w:b w:val="0"/>
          <w:sz w:val="18"/>
        </w:rPr>
        <w:t>【パターン2：不動産の贈与】</w:t>
      </w:r>
    </w:p>
    <w:p>
      <w:pPr>
        <w:spacing w:after="200"/>
      </w:pPr>
      <w:r>
        <w:rPr>
          <w:b w:val="0"/>
        </w:rPr>
        <w:t>贈与者〇〇〇〇（以下「甲」という。）と受贈者〇〇〇〇（以下「乙」という。）は、次のとおり贈与契約を締結した。</w:t>
      </w:r>
    </w:p>
    <w:p>
      <w:pPr>
        <w:spacing w:after="80"/>
      </w:pPr>
      <w:r>
        <w:rPr>
          <w:b w:val="0"/>
        </w:rPr>
        <w:t>第1条　甲は、甲の所有する次の不動産を乙に贈与するものとし、乙はこれを受諾した。</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120"/>
      </w:pPr>
      <w:r>
        <w:rPr>
          <w:b w:val="0"/>
        </w:rPr>
        <w:t xml:space="preserve">　地　　積　〇〇〇．〇〇平方メートル</w:t>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0"/>
      </w:pPr>
      <w:r>
        <w:rPr>
          <w:b w:val="0"/>
        </w:rPr>
        <w:t xml:space="preserve">　床 面 積　１階　〇〇．〇〇平方メートル</w:t>
      </w:r>
    </w:p>
    <w:p>
      <w:pPr>
        <w:spacing w:after="120"/>
      </w:pPr>
      <w:r>
        <w:rPr>
          <w:b w:val="0"/>
        </w:rPr>
        <w:t xml:space="preserve">　　　　　　２階　〇〇．〇〇平方メートル</w:t>
      </w:r>
    </w:p>
    <w:p>
      <w:pPr>
        <w:spacing w:after="120"/>
      </w:pPr>
      <w:r>
        <w:rPr>
          <w:b w:val="0"/>
        </w:rPr>
        <w:t>第2条　甲は、令和〇年〇月〇日までに前条の不動産を乙に引き渡し、乙への所有権移転登記手続に協力する。</w:t>
      </w:r>
    </w:p>
    <w:p>
      <w:pPr>
        <w:spacing w:after="280"/>
      </w:pPr>
      <w:r>
        <w:rPr>
          <w:b w:val="0"/>
        </w:rPr>
        <w:t>第3条　所有権移転登記に要する費用及び不動産取得税その他の公租公課は、乙の負担とする。</w:t>
      </w:r>
    </w:p>
    <w:p>
      <w:pPr>
        <w:spacing w:after="280"/>
      </w:pPr>
      <w:r>
        <w:rPr>
          <w:b w:val="0"/>
        </w:rPr>
        <w:t>以上の契約を証するため、本契約書を2通作成し、甲乙署名押印のうえ、各1通を保有する。</w:t>
      </w:r>
    </w:p>
    <w:p>
      <w:pPr>
        <w:spacing w:after="280"/>
      </w:pPr>
      <w:r>
        <w:rPr>
          <w:b w:val="0"/>
        </w:rPr>
        <w:t>令和〇年〇月〇日</w:t>
      </w:r>
    </w:p>
    <w:p>
      <w:pPr>
        <w:spacing w:after="0"/>
      </w:pPr>
      <w:r>
        <w:rPr>
          <w:b w:val="0"/>
        </w:rPr>
        <w:t>（甲）住所　〇〇県〇〇市〇〇町〇丁目〇番〇号</w:t>
      </w:r>
    </w:p>
    <w:p>
      <w:pPr>
        <w:spacing w:after="240"/>
      </w:pPr>
      <w:r>
        <w:rPr>
          <w:b w:val="0"/>
        </w:rPr>
        <w:t xml:space="preserve">　　　氏名　　　　　　　　　　　　　　　　　　印</w:t>
      </w:r>
    </w:p>
    <w:p>
      <w:pPr>
        <w:spacing w:after="0"/>
      </w:pPr>
      <w:r>
        <w:rPr>
          <w:b w:val="0"/>
        </w:rPr>
        <w:t>（乙）住所　〇〇県〇〇市〇〇町〇丁目〇番〇号</w:t>
      </w:r>
    </w:p>
    <w:p>
      <w:pPr>
        <w:spacing w:after="240"/>
      </w:pPr>
      <w:r>
        <w:rPr>
          <w:b w:val="0"/>
        </w:rPr>
        <w:t xml:space="preserve">　　　氏名　　　　　　　　　　　　　　　　　　印</w:t>
      </w:r>
    </w:p>
    <w:p>
      <w:r>
        <w:br w:type="page"/>
      </w:r>
    </w:p>
    <w:p>
      <w:pPr>
        <w:spacing w:after="280"/>
        <w:jc w:val="center"/>
      </w:pPr>
      <w:r>
        <w:rPr>
          <w:b/>
          <w:sz w:val="32"/>
        </w:rPr>
        <w:t>贈　与　契　約　書</w:t>
      </w:r>
    </w:p>
    <w:p>
      <w:pPr>
        <w:spacing w:after="120"/>
      </w:pPr>
      <w:r>
        <w:rPr>
          <w:b w:val="0"/>
          <w:sz w:val="18"/>
        </w:rPr>
        <w:t>【パターン3：未成年の子への現金の贈与】</w:t>
      </w:r>
    </w:p>
    <w:p>
      <w:pPr>
        <w:spacing w:after="200"/>
      </w:pPr>
      <w:r>
        <w:rPr>
          <w:b w:val="0"/>
        </w:rPr>
        <w:t>贈与者〇〇〇〇（以下「甲」という。）と受贈者〇〇〇〇（以下「乙」という。）は、次のとおり贈与契約を締結した。なお、乙は未成年者であるため、親権者が乙を代理して本契約を締結する。</w:t>
      </w:r>
    </w:p>
    <w:p>
      <w:pPr>
        <w:spacing w:after="120"/>
      </w:pPr>
      <w:r>
        <w:rPr>
          <w:b w:val="0"/>
        </w:rPr>
        <w:t>第1条　甲は、現金〇〇〇万円を乙に贈与するものとし、乙の親権者はこれを受諾した。</w:t>
      </w:r>
    </w:p>
    <w:p>
      <w:pPr>
        <w:spacing w:after="0"/>
      </w:pPr>
      <w:r>
        <w:rPr>
          <w:b w:val="0"/>
        </w:rPr>
        <w:t>第2条　甲は、前条の現金を、令和〇年〇月〇日までに、乙名義の次の口座に振り込む方法により引き渡す。</w:t>
      </w:r>
    </w:p>
    <w:p>
      <w:pPr>
        <w:spacing w:after="120"/>
      </w:pPr>
      <w:r>
        <w:rPr>
          <w:b w:val="0"/>
        </w:rPr>
        <w:t xml:space="preserve">　　　〇〇銀行　〇〇支店　普通預金　口座番号〇〇〇〇〇〇〇　口座名義　〇〇〇〇</w:t>
      </w:r>
    </w:p>
    <w:p>
      <w:pPr>
        <w:spacing w:after="280"/>
      </w:pPr>
      <w:r>
        <w:rPr>
          <w:b w:val="0"/>
        </w:rPr>
        <w:t>第3条　前条の口座は、乙が成年に達するまでは親権者が乙のために管理し、乙が成年に達したときは乙に通帳及び印鑑を引き渡す。</w:t>
      </w:r>
    </w:p>
    <w:p>
      <w:pPr>
        <w:spacing w:after="280"/>
      </w:pPr>
      <w:r>
        <w:rPr>
          <w:b w:val="0"/>
        </w:rPr>
        <w:t>以上の契約を証するため、本契約書を2通作成し、甲乙署名押印のうえ、各1通を保有する。</w:t>
      </w:r>
    </w:p>
    <w:p>
      <w:pPr>
        <w:spacing w:after="280"/>
      </w:pPr>
      <w:r>
        <w:rPr>
          <w:b w:val="0"/>
        </w:rPr>
        <w:t>令和〇年〇月〇日</w:t>
      </w:r>
    </w:p>
    <w:p>
      <w:pPr>
        <w:spacing w:after="0"/>
      </w:pPr>
      <w:r>
        <w:rPr>
          <w:b w:val="0"/>
        </w:rPr>
        <w:t>（甲）住所　〇〇県〇〇市〇〇町〇丁目〇番〇号</w:t>
      </w:r>
    </w:p>
    <w:p>
      <w:pPr>
        <w:spacing w:after="240"/>
      </w:pPr>
      <w:r>
        <w:rPr>
          <w:b w:val="0"/>
        </w:rPr>
        <w:t xml:space="preserve">　　　氏名　　　　　　　　　　　　　　　　　　印</w:t>
      </w:r>
    </w:p>
    <w:p>
      <w:pPr>
        <w:spacing w:after="0"/>
      </w:pPr>
      <w:r>
        <w:rPr>
          <w:b w:val="0"/>
        </w:rPr>
        <w:t>（乙）住所　〇〇県〇〇市〇〇町〇丁目〇番〇号</w:t>
      </w:r>
    </w:p>
    <w:p>
      <w:pPr>
        <w:spacing w:after="0"/>
      </w:pPr>
      <w:r>
        <w:rPr>
          <w:b w:val="0"/>
        </w:rPr>
        <w:t xml:space="preserve">　　　氏名　〇〇〇〇</w:t>
      </w:r>
    </w:p>
    <w:p>
      <w:pPr>
        <w:spacing w:after="0"/>
      </w:pPr>
      <w:r>
        <w:rPr>
          <w:b w:val="0"/>
        </w:rPr>
        <w:t xml:space="preserve">　　　上記法定代理人　親権者（父）　　　　　　　　　　　印</w:t>
      </w:r>
    </w:p>
    <w:p>
      <w:pPr>
        <w:spacing w:after="240"/>
      </w:pPr>
      <w:r>
        <w:rPr>
          <w:b w:val="0"/>
        </w:rPr>
        <w:t xml:space="preserve">　　　上記法定代理人　親権者（母）　　　　　　　　　　　印</w:t>
      </w:r>
    </w:p>
    <w:p>
      <w:r>
        <w:br w:type="page"/>
      </w:r>
    </w:p>
    <w:p>
      <w:pPr>
        <w:spacing w:after="280"/>
        <w:jc w:val="center"/>
      </w:pPr>
      <w:r>
        <w:rPr>
          <w:b/>
          <w:sz w:val="32"/>
        </w:rPr>
        <w:t>贈　与　契　約　書</w:t>
      </w:r>
    </w:p>
    <w:p>
      <w:pPr>
        <w:spacing w:after="120"/>
      </w:pPr>
      <w:r>
        <w:rPr>
          <w:b w:val="0"/>
          <w:sz w:val="18"/>
        </w:rPr>
        <w:t>【パターン4：住宅取得等資金の贈与】</w:t>
      </w:r>
    </w:p>
    <w:p>
      <w:pPr>
        <w:spacing w:after="200"/>
      </w:pPr>
      <w:r>
        <w:rPr>
          <w:b w:val="0"/>
        </w:rPr>
        <w:t>贈与者〇〇〇〇（以下「甲」という。）と受贈者〇〇〇〇（以下「乙」という。）は、次のとおり贈与契約を締結した。</w:t>
      </w:r>
    </w:p>
    <w:p>
      <w:pPr>
        <w:spacing w:after="120"/>
      </w:pPr>
      <w:r>
        <w:rPr>
          <w:b w:val="0"/>
        </w:rPr>
        <w:t>第1条　甲は、乙が自己の居住の用に供する家屋の新築（取得・増改築）の対価に充てるための資金として、現金〇〇〇万円を乙に贈与するものとし、乙はこれを受諾した。</w:t>
      </w:r>
    </w:p>
    <w:p>
      <w:pPr>
        <w:spacing w:after="0"/>
      </w:pPr>
      <w:r>
        <w:rPr>
          <w:b w:val="0"/>
        </w:rPr>
        <w:t>第2条　甲は、前条の現金を、令和〇年〇月〇日までに、乙の指定する次の口座に振り込む方法により引き渡す。</w:t>
      </w:r>
    </w:p>
    <w:p>
      <w:pPr>
        <w:spacing w:after="120"/>
      </w:pPr>
      <w:r>
        <w:rPr>
          <w:b w:val="0"/>
        </w:rPr>
        <w:t xml:space="preserve">　　　〇〇銀行　〇〇支店　普通預金　口座番号〇〇〇〇〇〇〇　口座名義　〇〇〇〇</w:t>
      </w:r>
    </w:p>
    <w:p>
      <w:pPr>
        <w:spacing w:after="280"/>
      </w:pPr>
      <w:r>
        <w:rPr>
          <w:b w:val="0"/>
        </w:rPr>
        <w:t>第3条　乙は、前条の資金を第1条の目的以外に使用しないものとする。</w:t>
      </w:r>
    </w:p>
    <w:p>
      <w:pPr>
        <w:spacing w:after="280"/>
      </w:pPr>
      <w:r>
        <w:rPr>
          <w:b w:val="0"/>
        </w:rPr>
        <w:t>以上の契約を証するため、本契約書を2通作成し、甲乙署名押印のうえ、各1通を保有する。</w:t>
      </w:r>
    </w:p>
    <w:p>
      <w:pPr>
        <w:spacing w:after="280"/>
      </w:pPr>
      <w:r>
        <w:rPr>
          <w:b w:val="0"/>
        </w:rPr>
        <w:t>令和〇年〇月〇日</w:t>
      </w:r>
    </w:p>
    <w:p>
      <w:pPr>
        <w:spacing w:after="0"/>
      </w:pPr>
      <w:r>
        <w:rPr>
          <w:b w:val="0"/>
        </w:rPr>
        <w:t>（甲）住所　〇〇県〇〇市〇〇町〇丁目〇番〇号</w:t>
      </w:r>
    </w:p>
    <w:p>
      <w:pPr>
        <w:spacing w:after="240"/>
      </w:pPr>
      <w:r>
        <w:rPr>
          <w:b w:val="0"/>
        </w:rPr>
        <w:t xml:space="preserve">　　　氏名　　　　　　　　　　　　　　　　　　印</w:t>
      </w:r>
    </w:p>
    <w:p>
      <w:pPr>
        <w:spacing w:after="0"/>
      </w:pPr>
      <w:r>
        <w:rPr>
          <w:b w:val="0"/>
        </w:rPr>
        <w:t>（乙）住所　〇〇県〇〇市〇〇町〇丁目〇番〇号</w:t>
      </w:r>
    </w:p>
    <w:p>
      <w:pPr>
        <w:spacing w:after="240"/>
      </w:pPr>
      <w:r>
        <w:rPr>
          <w:b w:val="0"/>
        </w:rPr>
        <w:t xml:space="preserve">　　　氏名　　　　　　　　　　　　　　　　　　印</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