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書けるところから書いて、ときどき見直しましょう。エンディングノートには遺言書のような法的な効力はありません。財産の分け方を決めたいときは、遺言書を作ってください。暗証番号やパスワードそのものは書かず、保管場所やヒントにとどめましょう。保管場所は信頼できる家族に伝えておきます。印刷前にこの【使い方】の段落を削除してください。</w:t>
      </w:r>
    </w:p>
    <w:p>
      <w:pPr>
        <w:spacing w:after="120"/>
        <w:jc w:val="center"/>
      </w:pPr>
      <w:r>
        <w:rPr>
          <w:b/>
          <w:sz w:val="36"/>
        </w:rPr>
        <w:t>エンディングノート</w:t>
      </w:r>
    </w:p>
    <w:p>
      <w:pPr>
        <w:spacing w:after="280"/>
        <w:jc w:val="center"/>
      </w:pPr>
      <w:r>
        <w:rPr>
          <w:b w:val="0"/>
          <w:sz w:val="20"/>
        </w:rPr>
        <w:t>作成日：　　年　　月　　日　　／　見直した日：　　年　　月　　日</w:t>
      </w:r>
    </w:p>
    <w:p>
      <w:pPr>
        <w:spacing w:after="160"/>
      </w:pPr>
      <w:r>
        <w:rPr>
          <w:b/>
          <w:sz w:val="24"/>
        </w:rPr>
        <w:t>1　わたしのこと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  <w:sz w:val="18"/>
              </w:rPr>
              <w:t>項目</w:t>
            </w:r>
          </w:p>
        </w:tc>
        <w:tc>
          <w:tcPr>
            <w:tcW w:type="dxa" w:w="4536"/>
          </w:tcPr>
          <w:p>
            <w:r>
              <w:rPr>
                <w:b/>
                <w:sz w:val="18"/>
              </w:rPr>
              <w:t>内容</w:t>
            </w:r>
          </w:p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</w:tbl>
    <w:p/>
    <w:p>
      <w:pPr>
        <w:spacing w:after="120"/>
      </w:pPr>
      <w:r>
        <w:rPr>
          <w:b w:val="0"/>
          <w:sz w:val="16"/>
        </w:rPr>
        <w:t>（氏名・生年月日・本籍・住所・血液型・マイナンバーカードや健康保険証の保管場所など）</w:t>
      </w:r>
    </w:p>
    <w:p>
      <w:pPr>
        <w:spacing w:after="160"/>
      </w:pPr>
      <w:r>
        <w:rPr>
          <w:b/>
          <w:sz w:val="24"/>
        </w:rPr>
        <w:t>2　家族・親族・連絡してほしい人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rPr>
                <w:b/>
                <w:sz w:val="18"/>
              </w:rPr>
              <w:t>氏名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続柄・関係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電話番号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連絡してほしい場面（入院・葬儀など）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/>
    <w:p>
      <w:pPr>
        <w:spacing w:after="160"/>
      </w:pPr>
      <w:r>
        <w:rPr>
          <w:b/>
          <w:sz w:val="24"/>
        </w:rPr>
        <w:t>3　預貯金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rPr>
                <w:b/>
                <w:sz w:val="18"/>
              </w:rPr>
              <w:t>金融機関・支店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種類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口座番号（下4桁など）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通帳・カードの保管場所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/>
    <w:p>
      <w:pPr>
        <w:spacing w:after="160"/>
      </w:pPr>
      <w:r>
        <w:rPr>
          <w:b/>
          <w:sz w:val="24"/>
        </w:rPr>
        <w:t>4　株式・投資信託・保険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rPr>
                <w:b/>
                <w:sz w:val="18"/>
              </w:rPr>
              <w:t>会社名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種類（株式・投信・生命保険など）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受取人・担当者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書類の保管場所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/>
    <w:p>
      <w:pPr>
        <w:spacing w:after="160"/>
      </w:pPr>
      <w:r>
        <w:rPr>
          <w:b/>
          <w:sz w:val="24"/>
        </w:rPr>
        <w:t>5　不動産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rPr>
                <w:b/>
                <w:sz w:val="18"/>
              </w:rPr>
              <w:t>所在地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種類（土地・建物）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名義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権利証（登記識別情報）の保管場所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/>
    <w:p>
      <w:pPr>
        <w:spacing w:after="160"/>
      </w:pPr>
      <w:r>
        <w:rPr>
          <w:b/>
          <w:sz w:val="24"/>
        </w:rPr>
        <w:t>6　借入・ローン・保証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rPr>
                <w:b/>
                <w:sz w:val="18"/>
              </w:rPr>
              <w:t>借入先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内容（住宅ローン・カードローン・保証人など）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残高の目安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書類の保管場所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/>
    <w:p>
      <w:pPr>
        <w:spacing w:after="160"/>
      </w:pPr>
      <w:r>
        <w:rPr>
          <w:b/>
          <w:sz w:val="24"/>
        </w:rPr>
        <w:t>7　年金・公共料金・定期的な支払い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rPr>
                <w:b/>
                <w:sz w:val="18"/>
              </w:rPr>
              <w:t>内容（年金・電気・携帯電話・サブスクなど）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会社・窓口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引き落とし口座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メモ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/>
    <w:p>
      <w:pPr>
        <w:spacing w:after="160"/>
      </w:pPr>
      <w:r>
        <w:rPr>
          <w:b/>
          <w:sz w:val="24"/>
        </w:rPr>
        <w:t>8　パソコン・スマートフォン・ネットのサービス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rPr>
                <w:b/>
                <w:sz w:val="18"/>
              </w:rPr>
              <w:t>機器・サービス名</w:t>
            </w:r>
          </w:p>
        </w:tc>
        <w:tc>
          <w:tcPr>
            <w:tcW w:type="dxa" w:w="3024"/>
          </w:tcPr>
          <w:p>
            <w:r>
              <w:rPr>
                <w:b/>
                <w:sz w:val="18"/>
              </w:rPr>
              <w:t>ID（またはヒント）</w:t>
            </w:r>
          </w:p>
        </w:tc>
        <w:tc>
          <w:tcPr>
            <w:tcW w:type="dxa" w:w="3024"/>
          </w:tcPr>
          <w:p>
            <w:r>
              <w:rPr>
                <w:b/>
                <w:sz w:val="18"/>
              </w:rPr>
              <w:t>亡くなったあとにしてほしいこと（解約・データ削除など）</w:t>
            </w:r>
          </w:p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</w:tbl>
    <w:p/>
    <w:p>
      <w:pPr>
        <w:spacing w:after="120"/>
      </w:pPr>
      <w:r>
        <w:rPr>
          <w:b w:val="0"/>
          <w:sz w:val="16"/>
        </w:rPr>
        <w:t>※パスワードそのものは書かず、保管場所やヒントだけを書きましょう。</w:t>
      </w:r>
    </w:p>
    <w:p>
      <w:pPr>
        <w:spacing w:after="160"/>
      </w:pPr>
      <w:r>
        <w:rPr>
          <w:b/>
          <w:sz w:val="24"/>
        </w:rPr>
        <w:t>9　医療・介護の希望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  <w:sz w:val="18"/>
              </w:rPr>
              <w:t>項目</w:t>
            </w:r>
          </w:p>
        </w:tc>
        <w:tc>
          <w:tcPr>
            <w:tcW w:type="dxa" w:w="4536"/>
          </w:tcPr>
          <w:p>
            <w:r>
              <w:rPr>
                <w:b/>
                <w:sz w:val="18"/>
              </w:rPr>
              <w:t>希望</w:t>
            </w:r>
          </w:p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</w:tbl>
    <w:p/>
    <w:p>
      <w:pPr>
        <w:spacing w:after="120"/>
      </w:pPr>
      <w:r>
        <w:rPr>
          <w:b w:val="0"/>
          <w:sz w:val="16"/>
        </w:rPr>
        <w:t>（かかりつけ医・持病・服用中の薬・延命治療の希望・介護を受けたい場所・告知の希望など）</w:t>
      </w:r>
    </w:p>
    <w:p>
      <w:pPr>
        <w:spacing w:after="160"/>
      </w:pPr>
      <w:r>
        <w:rPr>
          <w:b/>
          <w:sz w:val="24"/>
        </w:rPr>
        <w:t>10　葬儀・お墓の希望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  <w:sz w:val="18"/>
              </w:rPr>
              <w:t>項目</w:t>
            </w:r>
          </w:p>
        </w:tc>
        <w:tc>
          <w:tcPr>
            <w:tcW w:type="dxa" w:w="4536"/>
          </w:tcPr>
          <w:p>
            <w:r>
              <w:rPr>
                <w:b/>
                <w:sz w:val="18"/>
              </w:rPr>
              <w:t>希望</w:t>
            </w:r>
          </w:p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</w:tbl>
    <w:p/>
    <w:p>
      <w:pPr>
        <w:spacing w:after="120"/>
      </w:pPr>
      <w:r>
        <w:rPr>
          <w:b w:val="0"/>
          <w:sz w:val="16"/>
        </w:rPr>
        <w:t>（葬儀の形式・宗教・呼んでほしい人・遺影に使う写真・お墓や納骨先・墓じまいの希望など）</w:t>
      </w:r>
    </w:p>
    <w:p>
      <w:pPr>
        <w:spacing w:after="160"/>
      </w:pPr>
      <w:r>
        <w:rPr>
          <w:b/>
          <w:sz w:val="24"/>
        </w:rPr>
        <w:t>11　遺言書・大切な書類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rPr>
                <w:b/>
                <w:sz w:val="18"/>
              </w:rPr>
              <w:t>書類</w:t>
            </w:r>
          </w:p>
        </w:tc>
        <w:tc>
          <w:tcPr>
            <w:tcW w:type="dxa" w:w="3024"/>
          </w:tcPr>
          <w:p>
            <w:r>
              <w:rPr>
                <w:b/>
                <w:sz w:val="18"/>
              </w:rPr>
              <w:t>有無</w:t>
            </w:r>
          </w:p>
        </w:tc>
        <w:tc>
          <w:tcPr>
            <w:tcW w:type="dxa" w:w="3024"/>
          </w:tcPr>
          <w:p>
            <w:r>
              <w:rPr>
                <w:b/>
                <w:sz w:val="18"/>
              </w:rPr>
              <w:t>保管場所（法務局の保管制度・公証役場・自宅など）</w:t>
            </w:r>
          </w:p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</w:tbl>
    <w:p/>
    <w:p>
      <w:pPr>
        <w:spacing w:after="160"/>
      </w:pPr>
      <w:r>
        <w:rPr>
          <w:b/>
          <w:sz w:val="24"/>
        </w:rPr>
        <w:t>12　ペット・大切にしている物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  <w:sz w:val="18"/>
              </w:rPr>
              <w:t>内容</w:t>
            </w:r>
          </w:p>
        </w:tc>
        <w:tc>
          <w:tcPr>
            <w:tcW w:type="dxa" w:w="4536"/>
          </w:tcPr>
          <w:p>
            <w:r>
              <w:rPr>
                <w:b/>
                <w:sz w:val="18"/>
              </w:rPr>
              <w:t>お願いしたいこと</w:t>
            </w:r>
          </w:p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/>
        </w:tc>
        <w:tc>
          <w:tcPr>
            <w:tcW w:type="dxa" w:w="4536"/>
          </w:tcPr>
          <w:p/>
        </w:tc>
      </w:tr>
    </w:tbl>
    <w:p/>
    <w:p>
      <w:pPr>
        <w:spacing w:after="160"/>
      </w:pPr>
      <w:r>
        <w:rPr>
          <w:b/>
          <w:sz w:val="24"/>
        </w:rPr>
        <w:t>13　家族・大切な人へのメッセージ</w:t>
      </w:r>
    </w:p>
    <w:p>
      <w:pPr>
        <w:spacing w:after="200"/>
      </w:pPr>
      <w:r>
        <w:rPr>
          <w:b w:val="0"/>
          <w:sz w:val="18"/>
        </w:rPr>
        <w:t>＿＿＿＿＿＿＿＿＿＿＿＿＿＿＿＿＿＿＿＿＿＿＿＿＿＿＿＿＿＿＿＿＿＿＿＿＿＿＿＿</w:t>
      </w:r>
    </w:p>
    <w:p>
      <w:pPr>
        <w:spacing w:after="200"/>
      </w:pPr>
      <w:r>
        <w:rPr>
          <w:b w:val="0"/>
          <w:sz w:val="18"/>
        </w:rPr>
        <w:t>＿＿＿＿＿＿＿＿＿＿＿＿＿＿＿＿＿＿＿＿＿＿＿＿＿＿＿＿＿＿＿＿＿＿＿＿＿＿＿＿</w:t>
      </w:r>
    </w:p>
    <w:p>
      <w:pPr>
        <w:spacing w:after="200"/>
      </w:pPr>
      <w:r>
        <w:rPr>
          <w:b w:val="0"/>
          <w:sz w:val="18"/>
        </w:rPr>
        <w:t>＿＿＿＿＿＿＿＿＿＿＿＿＿＿＿＿＿＿＿＿＿＿＿＿＿＿＿＿＿＿＿＿＿＿＿＿＿＿＿＿</w:t>
      </w:r>
    </w:p>
    <w:p>
      <w:pPr>
        <w:spacing w:after="200"/>
      </w:pPr>
      <w:r>
        <w:rPr>
          <w:b w:val="0"/>
          <w:sz w:val="18"/>
        </w:rPr>
        <w:t>＿＿＿＿＿＿＿＿＿＿＿＿＿＿＿＿＿＿＿＿＿＿＿＿＿＿＿＿＿＿＿＿＿＿＿＿＿＿＿＿</w:t>
      </w:r>
    </w:p>
    <w:p>
      <w:pPr>
        <w:spacing w:after="200"/>
      </w:pPr>
      <w:r>
        <w:rPr>
          <w:b w:val="0"/>
          <w:sz w:val="18"/>
        </w:rPr>
        <w:t>＿＿＿＿＿＿＿＿＿＿＿＿＿＿＿＿＿＿＿＿＿＿＿＿＿＿＿＿＿＿＿＿＿＿＿＿＿＿＿＿</w:t>
      </w:r>
    </w:p>
    <w:p>
      <w:pPr>
        <w:spacing w:after="200"/>
      </w:pPr>
      <w:r>
        <w:rPr>
          <w:b w:val="0"/>
          <w:sz w:val="18"/>
        </w:rPr>
        <w:t>＿＿＿＿＿＿＿＿＿＿＿＿＿＿＿＿＿＿＿＿＿＿＿＿＿＿＿＿＿＿＿＿＿＿＿＿＿＿＿＿</w:t>
      </w:r>
    </w:p>
    <w:p>
      <w:pPr>
        <w:spacing w:after="200"/>
      </w:pPr>
      <w:r>
        <w:rPr>
          <w:b w:val="0"/>
          <w:sz w:val="18"/>
        </w:rPr>
        <w:t>＿＿＿＿＿＿＿＿＿＿＿＿＿＿＿＿＿＿＿＿＿＿＿＿＿＿＿＿＿＿＿＿＿＿＿＿＿＿＿＿</w:t>
      </w:r>
    </w:p>
    <w:p>
      <w:pPr>
        <w:spacing w:after="200"/>
      </w:pPr>
      <w:r>
        <w:rPr>
          <w:b w:val="0"/>
          <w:sz w:val="18"/>
        </w:rPr>
        <w:t>＿＿＿＿＿＿＿＿＿＿＿＿＿＿＿＿＿＿＿＿＿＿＿＿＿＿＿＿＿＿＿＿＿＿＿＿＿＿＿＿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