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【使い方】法要の案内状・お礼状の文例と、準備のチェックリストです。〔　〕を書き換えて使います。宗派・地域・家の慣習に合わせて調整してください。</w:t>
      </w:r>
    </w:p>
    <w:p>
      <w:pPr>
        <w:spacing w:after="80"/>
      </w:pPr>
      <w:r>
        <w:rPr>
          <w:b/>
          <w:sz w:val="24"/>
        </w:rPr>
        <w:t>１　案内状（四十九日）</w:t>
      </w:r>
    </w:p>
    <w:p>
      <w:pPr>
        <w:spacing w:after="20"/>
      </w:pPr>
      <w:r>
        <w:rPr>
          <w:b w:val="0"/>
          <w:sz w:val="21"/>
        </w:rPr>
        <w:t>謹啓</w:t>
      </w:r>
    </w:p>
    <w:p>
      <w:pPr>
        <w:spacing w:after="20"/>
      </w:pPr>
      <w:r>
        <w:rPr>
          <w:b w:val="0"/>
          <w:sz w:val="21"/>
        </w:rPr>
        <w:t>〔亡父　故人名〕儀　〔　〕月〔　〕日に永眠いたしました折には　ご丁重なるご弔意を賜り　誠にありがとうございました</w:t>
      </w:r>
    </w:p>
    <w:p>
      <w:pPr>
        <w:spacing w:after="20"/>
      </w:pPr>
      <w:r>
        <w:rPr>
          <w:b w:val="0"/>
          <w:sz w:val="21"/>
        </w:rPr>
        <w:t>つきましては　左記のとおり四十九日の法要を営みたいと存じます</w:t>
      </w:r>
    </w:p>
    <w:p>
      <w:pPr>
        <w:spacing w:after="20"/>
      </w:pPr>
      <w:r>
        <w:rPr>
          <w:b w:val="0"/>
          <w:sz w:val="21"/>
        </w:rPr>
        <w:t>ご多用中誠に恐縮ではございますが　ご参列くださいますようお願い申し上げます　謹白</w:t>
      </w:r>
    </w:p>
    <w:p>
      <w:pPr>
        <w:spacing w:after="20"/>
      </w:pPr>
      <w:r>
        <w:rPr>
          <w:b w:val="0"/>
          <w:sz w:val="21"/>
        </w:rPr>
        <w:t>日時　令和〔　〕年〔　〕月〔　〕日（〔　〕）午前〔　〕時より</w:t>
      </w:r>
    </w:p>
    <w:p>
      <w:pPr>
        <w:spacing w:after="20"/>
      </w:pPr>
      <w:r>
        <w:rPr>
          <w:b w:val="0"/>
          <w:sz w:val="21"/>
        </w:rPr>
        <w:t>場所　〔寺院名・会場名〕（〔住所〕）</w:t>
      </w:r>
    </w:p>
    <w:p>
      <w:pPr>
        <w:spacing w:after="20"/>
      </w:pPr>
      <w:r>
        <w:rPr>
          <w:b w:val="0"/>
          <w:sz w:val="21"/>
        </w:rPr>
        <w:t>〔納骨　法要後に〔　〕墓地にて納骨を行います〕</w:t>
      </w:r>
    </w:p>
    <w:p>
      <w:pPr>
        <w:spacing w:after="20"/>
      </w:pPr>
      <w:r>
        <w:rPr>
          <w:b w:val="0"/>
          <w:sz w:val="21"/>
        </w:rPr>
        <w:t>〔会食　法要後に粗餐を用意しております〕</w:t>
      </w:r>
    </w:p>
    <w:p>
      <w:pPr>
        <w:spacing w:after="20"/>
      </w:pPr>
      <w:r>
        <w:rPr>
          <w:b w:val="0"/>
          <w:sz w:val="21"/>
        </w:rPr>
        <w:t>お手数ながら〔　〕月〔　〕日までに　ご出欠をお知らせください</w:t>
      </w:r>
    </w:p>
    <w:p>
      <w:pPr>
        <w:spacing w:after="20"/>
      </w:pPr>
      <w:r>
        <w:rPr>
          <w:b w:val="0"/>
          <w:sz w:val="21"/>
        </w:rPr>
        <w:t>令和〔　〕年〔　〕月〔　〕日　施主　〔氏名〕　〔住所・電話〕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  <w:sz w:val="24"/>
        </w:rPr>
        <w:t>２　案内状（一周忌・三回忌）</w:t>
      </w:r>
    </w:p>
    <w:p>
      <w:pPr>
        <w:spacing w:after="20"/>
      </w:pPr>
      <w:r>
        <w:rPr>
          <w:b w:val="0"/>
          <w:sz w:val="21"/>
        </w:rPr>
        <w:t>謹啓　〔時候のあいさつ〕</w:t>
      </w:r>
    </w:p>
    <w:p>
      <w:pPr>
        <w:spacing w:after="20"/>
      </w:pPr>
      <w:r>
        <w:rPr>
          <w:b w:val="0"/>
          <w:sz w:val="21"/>
        </w:rPr>
        <w:t>さて　来る〔　〕月〔　〕日は　〔亡父　故人名〕の〔一周忌／三回忌〕にあたります</w:t>
      </w:r>
    </w:p>
    <w:p>
      <w:pPr>
        <w:spacing w:after="20"/>
      </w:pPr>
      <w:r>
        <w:rPr>
          <w:b w:val="0"/>
          <w:sz w:val="21"/>
        </w:rPr>
        <w:t>つきましては　左記のとおり法要を営みたいと存じます</w:t>
      </w:r>
    </w:p>
    <w:p>
      <w:pPr>
        <w:spacing w:after="20"/>
      </w:pPr>
      <w:r>
        <w:rPr>
          <w:b w:val="0"/>
          <w:sz w:val="21"/>
        </w:rPr>
        <w:t>ご多用中誠に恐縮ではございますが　ご参列くださいますようお願い申し上げます　謹白</w:t>
      </w:r>
    </w:p>
    <w:p>
      <w:pPr>
        <w:spacing w:after="20"/>
      </w:pPr>
      <w:r>
        <w:rPr>
          <w:b w:val="0"/>
          <w:sz w:val="21"/>
        </w:rPr>
        <w:t>日時・場所・会食の有無・返信の期限　〔　〕</w:t>
      </w:r>
    </w:p>
    <w:p>
      <w:pPr>
        <w:spacing w:after="20"/>
      </w:pPr>
      <w:r>
        <w:rPr>
          <w:b w:val="0"/>
          <w:sz w:val="21"/>
        </w:rPr>
        <w:t>施主　〔氏名〕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  <w:sz w:val="24"/>
        </w:rPr>
        <w:t>３　お礼状（欠席して供物・香典をいただいた方へ）</w:t>
      </w:r>
    </w:p>
    <w:p>
      <w:pPr>
        <w:spacing w:after="20"/>
      </w:pPr>
      <w:r>
        <w:rPr>
          <w:b w:val="0"/>
          <w:sz w:val="21"/>
        </w:rPr>
        <w:t>謹啓</w:t>
      </w:r>
    </w:p>
    <w:p>
      <w:pPr>
        <w:spacing w:after="20"/>
      </w:pPr>
      <w:r>
        <w:rPr>
          <w:b w:val="0"/>
          <w:sz w:val="21"/>
        </w:rPr>
        <w:t>先日の〔故人名〕の〔四十九日／一周忌〕法要に際しましては　ご丁重なるお供えを賜り　誠にありがとうございました</w:t>
      </w:r>
    </w:p>
    <w:p>
      <w:pPr>
        <w:spacing w:after="20"/>
      </w:pPr>
      <w:r>
        <w:rPr>
          <w:b w:val="0"/>
          <w:sz w:val="21"/>
        </w:rPr>
        <w:t>おかげさまで　法要を滞りなく相営みました</w:t>
      </w:r>
    </w:p>
    <w:p>
      <w:pPr>
        <w:spacing w:after="20"/>
      </w:pPr>
      <w:r>
        <w:rPr>
          <w:b w:val="0"/>
          <w:sz w:val="21"/>
        </w:rPr>
        <w:t>心ばかりの品をお送りいたしましたので　ご受納くださいますようお願い申し上げます</w:t>
      </w:r>
    </w:p>
    <w:p>
      <w:pPr>
        <w:spacing w:after="20"/>
      </w:pPr>
      <w:r>
        <w:rPr>
          <w:b w:val="0"/>
          <w:sz w:val="21"/>
        </w:rPr>
        <w:t>略儀ながら書中にて御礼申し上げます　謹白</w:t>
      </w:r>
    </w:p>
    <w:p>
      <w:pPr>
        <w:spacing w:after="20"/>
      </w:pPr>
      <w:r>
        <w:rPr>
          <w:b w:val="0"/>
          <w:sz w:val="21"/>
        </w:rPr>
        <w:t>令和〔　〕年〔　〕月〔　〕日　施主　〔氏名〕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  <w:sz w:val="24"/>
        </w:rPr>
        <w:t>４　施主のあいさつの例</w:t>
      </w:r>
    </w:p>
    <w:p>
      <w:pPr>
        <w:spacing w:after="20"/>
      </w:pPr>
      <w:r>
        <w:rPr>
          <w:b w:val="0"/>
          <w:sz w:val="21"/>
        </w:rPr>
        <w:t>【始まり】本日はご多用のところ、〔故人名〕の〔法要名〕にお集まりいただき、ありがとうございます。これより法要を始めさせていただきます。</w:t>
      </w:r>
    </w:p>
    <w:p>
      <w:pPr>
        <w:spacing w:after="20"/>
      </w:pPr>
      <w:r>
        <w:rPr>
          <w:b w:val="0"/>
          <w:sz w:val="21"/>
        </w:rPr>
        <w:t>【会食の前】おかげさまで無事に法要を終えることができました。ささやかではございますが、お食事を用意いたしましたので、どうぞごゆっくりお過ごしください。</w:t>
      </w:r>
    </w:p>
    <w:p>
      <w:pPr>
        <w:spacing w:after="20"/>
      </w:pPr>
      <w:r>
        <w:rPr>
          <w:b w:val="0"/>
          <w:sz w:val="21"/>
        </w:rPr>
        <w:t>【締め】本日は最後までありがとうございました。今後とも変わらぬおつきあいをお願い申し上げます。お気をつけてお帰りください。</w:t>
      </w:r>
    </w:p>
    <w:p>
      <w:pPr>
        <w:spacing w:after="120"/>
      </w:pPr>
      <w:r>
        <w:rPr>
          <w:b w:val="0"/>
        </w:rPr>
      </w:r>
    </w:p>
    <w:p>
      <w:r>
        <w:br w:type="page"/>
      </w:r>
    </w:p>
    <w:p>
      <w:pPr>
        <w:spacing w:after="80"/>
      </w:pPr>
      <w:r>
        <w:rPr>
          <w:b/>
          <w:sz w:val="24"/>
        </w:rPr>
        <w:t>５　準備のチェックリスト</w:t>
      </w:r>
    </w:p>
    <w:p>
      <w:pPr>
        <w:spacing w:after="20"/>
      </w:pPr>
      <w:r>
        <w:rPr>
          <w:b w:val="0"/>
          <w:sz w:val="21"/>
        </w:rPr>
        <w:t>□ お寺に連絡し、日程・場所を決めた</w:t>
      </w:r>
    </w:p>
    <w:p>
      <w:pPr>
        <w:spacing w:after="20"/>
      </w:pPr>
      <w:r>
        <w:rPr>
          <w:b w:val="0"/>
          <w:sz w:val="21"/>
        </w:rPr>
        <w:t>□ 会場・会食を予約した（僧侶の会食参加の有無も確認）</w:t>
      </w:r>
    </w:p>
    <w:p>
      <w:pPr>
        <w:spacing w:after="20"/>
      </w:pPr>
      <w:r>
        <w:rPr>
          <w:b w:val="0"/>
          <w:sz w:val="21"/>
        </w:rPr>
        <w:t>□ 案内状を送った／電話で知らせた（返信期限：　月　日）</w:t>
      </w:r>
    </w:p>
    <w:p>
      <w:pPr>
        <w:spacing w:after="20"/>
      </w:pPr>
      <w:r>
        <w:rPr>
          <w:b w:val="0"/>
          <w:sz w:val="21"/>
        </w:rPr>
        <w:t>□ 人数を確定した</w:t>
      </w:r>
    </w:p>
    <w:p>
      <w:pPr>
        <w:spacing w:after="20"/>
      </w:pPr>
      <w:r>
        <w:rPr>
          <w:b w:val="0"/>
          <w:sz w:val="21"/>
        </w:rPr>
        <w:t>□ 引出物を手配した（1世帯1つ・掛け紙の表書き）</w:t>
      </w:r>
    </w:p>
    <w:p>
      <w:pPr>
        <w:spacing w:after="20"/>
      </w:pPr>
      <w:r>
        <w:rPr>
          <w:b w:val="0"/>
          <w:sz w:val="21"/>
        </w:rPr>
        <w:t>□ お布施・お車代・御膳料を別々の封筒に用意した</w:t>
      </w:r>
    </w:p>
    <w:p>
      <w:pPr>
        <w:spacing w:after="20"/>
      </w:pPr>
      <w:r>
        <w:rPr>
          <w:b w:val="0"/>
          <w:sz w:val="21"/>
        </w:rPr>
        <w:t>□ 本位牌を用意した（宗派による）</w:t>
      </w:r>
    </w:p>
    <w:p>
      <w:pPr>
        <w:spacing w:after="20"/>
      </w:pPr>
      <w:r>
        <w:rPr>
          <w:b w:val="0"/>
          <w:sz w:val="21"/>
        </w:rPr>
        <w:t>□ 納骨する場合：墓地の管理者に連絡し、火葬許可証（証印つき）を用意した</w:t>
      </w:r>
    </w:p>
    <w:p>
      <w:pPr>
        <w:spacing w:after="20"/>
      </w:pPr>
      <w:r>
        <w:rPr>
          <w:b w:val="0"/>
          <w:sz w:val="21"/>
        </w:rPr>
        <w:t>□ 供花・供物を手配した</w:t>
      </w:r>
    </w:p>
    <w:p>
      <w:pPr>
        <w:spacing w:after="20"/>
      </w:pPr>
      <w:r>
        <w:rPr>
          <w:b w:val="0"/>
          <w:sz w:val="21"/>
        </w:rPr>
        <w:t>□ 法要後、欠席して供物をいただいた方にお礼状を送った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  <w:sz w:val="24"/>
        </w:rPr>
        <w:t>６　参列者名簿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>
              <w:t>氏名</w:t>
            </w:r>
          </w:p>
        </w:tc>
        <w:tc>
          <w:tcPr>
            <w:tcW w:type="dxa" w:w="1814"/>
          </w:tcPr>
          <w:p>
            <w:r>
              <w:t>続柄・関係</w:t>
            </w:r>
          </w:p>
        </w:tc>
        <w:tc>
          <w:tcPr>
            <w:tcW w:type="dxa" w:w="1814"/>
          </w:tcPr>
          <w:p>
            <w:r>
              <w:t>出欠</w:t>
            </w:r>
          </w:p>
        </w:tc>
        <w:tc>
          <w:tcPr>
            <w:tcW w:type="dxa" w:w="1814"/>
          </w:tcPr>
          <w:p>
            <w:r>
              <w:t>人数</w:t>
            </w:r>
          </w:p>
        </w:tc>
        <w:tc>
          <w:tcPr>
            <w:tcW w:type="dxa" w:w="1814"/>
          </w:tcPr>
          <w:p>
            <w:r>
              <w:t>引出物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※文例は一般的なものです。宗派・地域によって言葉や時期が異なります。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