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 w:val="0"/>
          <w:sz w:val="18"/>
        </w:rPr>
        <w:t>【使い方】忌引きで会社・学校に連絡するときの文例と、忌引き中のやることリストです。日数や手続きは会社・学校のルールを確認してください。</w:t>
      </w:r>
    </w:p>
    <w:p>
      <w:pPr>
        <w:spacing w:after="160"/>
        <w:jc w:val="center"/>
      </w:pPr>
      <w:r>
        <w:rPr>
          <w:b/>
          <w:sz w:val="30"/>
        </w:rPr>
        <w:t>忌引きの連絡 文例</w:t>
      </w:r>
    </w:p>
    <w:p>
      <w:pPr>
        <w:spacing w:after="60"/>
      </w:pPr>
      <w:r>
        <w:rPr>
          <w:b/>
          <w:sz w:val="24"/>
        </w:rPr>
        <w:t>会社へのメール（父が亡くなった場合）</w:t>
      </w:r>
    </w:p>
    <w:p>
      <w:pPr>
        <w:spacing w:after="20"/>
      </w:pPr>
      <w:r>
        <w:rPr>
          <w:b w:val="0"/>
          <w:sz w:val="21"/>
        </w:rPr>
        <w:t>件名：忌引き休暇の取得について（氏名）</w:t>
      </w:r>
    </w:p>
    <w:p>
      <w:pPr>
        <w:spacing w:after="20"/>
      </w:pPr>
      <w:r>
        <w:rPr>
          <w:b w:val="0"/>
          <w:sz w:val="21"/>
        </w:rPr>
        <w:t>〇〇課長</w:t>
      </w:r>
    </w:p>
    <w:p>
      <w:pPr>
        <w:spacing w:after="20"/>
      </w:pPr>
      <w:r>
        <w:rPr>
          <w:b w:val="0"/>
          <w:sz w:val="21"/>
        </w:rPr>
        <w:t>お疲れさまです。〇〇です。</w:t>
      </w:r>
    </w:p>
    <w:p>
      <w:pPr>
        <w:spacing w:after="20"/>
      </w:pPr>
      <w:r>
        <w:rPr>
          <w:b w:val="0"/>
          <w:sz w:val="21"/>
        </w:rPr>
        <w:t>先ほどお電話でお伝えしましたとおり、本日、父が亡くなりました。</w:t>
      </w:r>
    </w:p>
    <w:p>
      <w:pPr>
        <w:spacing w:after="20"/>
      </w:pPr>
      <w:r>
        <w:rPr>
          <w:b w:val="0"/>
          <w:sz w:val="21"/>
        </w:rPr>
        <w:t>つきましては、〇月〇日から〇月〇日まで、忌引き休暇をいただきたくお願い申し上げます。</w:t>
      </w:r>
    </w:p>
    <w:p>
      <w:pPr>
        <w:spacing w:after="20"/>
      </w:pPr>
      <w:r>
        <w:rPr>
          <w:b w:val="0"/>
          <w:sz w:val="21"/>
        </w:rPr>
        <w:t>通夜は〇月〇日、告別式は〇月〇日の予定です。</w:t>
      </w:r>
    </w:p>
    <w:p>
      <w:pPr>
        <w:spacing w:after="20"/>
      </w:pPr>
      <w:r>
        <w:rPr>
          <w:b w:val="0"/>
          <w:sz w:val="21"/>
        </w:rPr>
        <w:t>休暇中の業務は〇〇さんに引き継ぎをお願いしております。</w:t>
      </w:r>
    </w:p>
    <w:p>
      <w:pPr>
        <w:spacing w:after="20"/>
      </w:pPr>
      <w:r>
        <w:rPr>
          <w:b w:val="0"/>
          <w:sz w:val="21"/>
        </w:rPr>
        <w:t>急ぎのご連絡は、携帯電話（　　　　）までお願いいたします。</w:t>
      </w:r>
    </w:p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会社へのメール（家族葬で香典を辞退する場合の追記）</w:t>
      </w:r>
    </w:p>
    <w:p>
      <w:pPr>
        <w:spacing w:after="20"/>
      </w:pPr>
      <w:r>
        <w:rPr>
          <w:b w:val="0"/>
          <w:sz w:val="21"/>
        </w:rPr>
        <w:t>なお、葬儀は家族のみで執り行います。</w:t>
      </w:r>
    </w:p>
    <w:p>
      <w:pPr>
        <w:spacing w:after="20"/>
      </w:pPr>
      <w:r>
        <w:rPr>
          <w:b w:val="0"/>
          <w:sz w:val="21"/>
        </w:rPr>
        <w:t>誠に勝手ながら、ご香典・ご弔電はご辞退申し上げます。</w:t>
      </w:r>
    </w:p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学校への連絡（子どもが休む場合）</w:t>
      </w:r>
    </w:p>
    <w:p>
      <w:pPr>
        <w:spacing w:after="20"/>
      </w:pPr>
      <w:r>
        <w:rPr>
          <w:b w:val="0"/>
          <w:sz w:val="21"/>
        </w:rPr>
        <w:t>〇年〇組の〇〇〇〇の保護者です。</w:t>
      </w:r>
    </w:p>
    <w:p>
      <w:pPr>
        <w:spacing w:after="20"/>
      </w:pPr>
      <w:r>
        <w:rPr>
          <w:b w:val="0"/>
          <w:sz w:val="21"/>
        </w:rPr>
        <w:t>本日、〇〇（続柄：祖父）が亡くなりました。</w:t>
      </w:r>
    </w:p>
    <w:p>
      <w:pPr>
        <w:spacing w:after="20"/>
      </w:pPr>
      <w:r>
        <w:rPr>
          <w:b w:val="0"/>
          <w:sz w:val="21"/>
        </w:rPr>
        <w:t>葬儀のため、〇月〇日から〇月〇日まで休ませていただきたく、ご連絡いたしました。</w:t>
      </w:r>
    </w:p>
    <w:p>
      <w:pPr>
        <w:spacing w:after="20"/>
      </w:pPr>
      <w:r>
        <w:rPr>
          <w:b w:val="0"/>
          <w:sz w:val="21"/>
        </w:rPr>
        <w:t>忌引きの手続きで必要な書類があれば、お知らせください。</w:t>
      </w:r>
    </w:p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忌引き明けのお礼（職場）</w:t>
      </w:r>
    </w:p>
    <w:p>
      <w:pPr>
        <w:spacing w:after="20"/>
      </w:pPr>
      <w:r>
        <w:rPr>
          <w:b w:val="0"/>
          <w:sz w:val="21"/>
        </w:rPr>
        <w:t>このたびは、父の葬儀に際し、お心遣いをいただきありがとうございました。</w:t>
      </w:r>
    </w:p>
    <w:p>
      <w:pPr>
        <w:spacing w:after="20"/>
      </w:pPr>
      <w:r>
        <w:rPr>
          <w:b w:val="0"/>
          <w:sz w:val="21"/>
        </w:rPr>
        <w:t>休暇中はご迷惑をおかけしました。本日より勤務いたしますので、よろしくお願いいたします。</w:t>
      </w:r>
    </w:p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就業規則で確認すること</w:t>
      </w:r>
    </w:p>
    <w:p>
      <w:pPr>
        <w:spacing w:after="20"/>
      </w:pPr>
      <w:r>
        <w:rPr>
          <w:b w:val="0"/>
          <w:sz w:val="21"/>
        </w:rPr>
        <w:t>□ 対象になる親族（〇親等以内など）</w:t>
      </w:r>
    </w:p>
    <w:p>
      <w:pPr>
        <w:spacing w:after="20"/>
      </w:pPr>
      <w:r>
        <w:rPr>
          <w:b w:val="0"/>
          <w:sz w:val="21"/>
        </w:rPr>
        <w:t>□ 日数〔　〕日</w:t>
      </w:r>
    </w:p>
    <w:p>
      <w:pPr>
        <w:spacing w:after="20"/>
      </w:pPr>
      <w:r>
        <w:rPr>
          <w:b w:val="0"/>
          <w:sz w:val="21"/>
        </w:rPr>
        <w:t>□ 数え方（当日・翌日から／休日を含む・含まない）</w:t>
      </w:r>
    </w:p>
    <w:p>
      <w:pPr>
        <w:spacing w:after="20"/>
      </w:pPr>
      <w:r>
        <w:rPr>
          <w:b w:val="0"/>
          <w:sz w:val="21"/>
        </w:rPr>
        <w:t>□ 有給・無給</w:t>
      </w:r>
    </w:p>
    <w:p>
      <w:pPr>
        <w:spacing w:after="20"/>
      </w:pPr>
      <w:r>
        <w:rPr>
          <w:b w:val="0"/>
          <w:sz w:val="21"/>
        </w:rPr>
        <w:t>□ 申請の方法と期限</w:t>
      </w:r>
    </w:p>
    <w:p>
      <w:pPr>
        <w:spacing w:after="20"/>
      </w:pPr>
      <w:r>
        <w:rPr>
          <w:b w:val="0"/>
          <w:sz w:val="21"/>
        </w:rPr>
        <w:t>□ 必要な証明書（会葬礼状など）</w:t>
      </w:r>
    </w:p>
    <w:p>
      <w:pPr>
        <w:spacing w:after="20"/>
      </w:pPr>
      <w:r>
        <w:rPr>
          <w:b w:val="0"/>
          <w:sz w:val="21"/>
        </w:rPr>
        <w:t>□ 遠方の場合の移動日</w:t>
      </w:r>
    </w:p>
    <w:p>
      <w:pPr>
        <w:spacing w:after="20"/>
      </w:pPr>
      <w:r>
        <w:rPr>
          <w:b w:val="0"/>
          <w:sz w:val="21"/>
        </w:rPr>
        <w:t>□ 慶弔見舞金</w:t>
      </w:r>
    </w:p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忌引き中・忌引き明けのやること</w:t>
      </w:r>
    </w:p>
    <w:p>
      <w:pPr>
        <w:spacing w:after="20"/>
      </w:pPr>
      <w:r>
        <w:rPr>
          <w:b w:val="0"/>
          <w:sz w:val="21"/>
        </w:rPr>
        <w:t>□ 葬儀社と打ち合わせ（見積もりは書面で）</w:t>
      </w:r>
    </w:p>
    <w:p>
      <w:pPr>
        <w:spacing w:after="20"/>
      </w:pPr>
      <w:r>
        <w:rPr>
          <w:b w:val="0"/>
          <w:sz w:val="21"/>
        </w:rPr>
        <w:t>□ 死亡届・火葬許可の申請（7日以内）</w:t>
      </w:r>
    </w:p>
    <w:p>
      <w:pPr>
        <w:spacing w:after="20"/>
      </w:pPr>
      <w:r>
        <w:rPr>
          <w:b w:val="0"/>
          <w:sz w:val="21"/>
        </w:rPr>
        <w:t>□ 親族・知人への連絡</w:t>
      </w:r>
    </w:p>
    <w:p>
      <w:pPr>
        <w:spacing w:after="20"/>
      </w:pPr>
      <w:r>
        <w:rPr>
          <w:b w:val="0"/>
          <w:sz w:val="21"/>
        </w:rPr>
        <w:t>□ 喪主・役割分担を決める</w:t>
      </w:r>
    </w:p>
    <w:p>
      <w:pPr>
        <w:spacing w:after="20"/>
      </w:pPr>
      <w:r>
        <w:rPr>
          <w:b w:val="0"/>
          <w:sz w:val="21"/>
        </w:rPr>
        <w:t>□ 年金・健康保険の手続き</w:t>
      </w:r>
    </w:p>
    <w:p>
      <w:pPr>
        <w:spacing w:after="20"/>
      </w:pPr>
      <w:r>
        <w:rPr>
          <w:b w:val="0"/>
          <w:sz w:val="21"/>
        </w:rPr>
        <w:t>□ 葬儀費用の領収書を保管</w:t>
      </w:r>
    </w:p>
    <w:p>
      <w:pPr>
        <w:spacing w:after="20"/>
      </w:pPr>
      <w:r>
        <w:rPr>
          <w:b w:val="0"/>
          <w:sz w:val="21"/>
        </w:rPr>
        <w:t>□ 職場・学校へのお礼</w:t>
      </w:r>
    </w:p>
    <w:p>
      <w:pPr>
        <w:spacing w:after="20"/>
      </w:pPr>
      <w:r>
        <w:rPr>
          <w:b w:val="0"/>
          <w:sz w:val="21"/>
        </w:rPr>
        <w:t>□ 香典返し・法要の準備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S Mincho" w:hAnsi="MS Mincho" w:eastAsia="ＭＳ 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