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【使い方】香典返しに添える挨拶状の文例です。〔　〕を書き換え、句読点を入れない形で使います。家の宗派・地域の慣習に合わせて調整してください。印刷前にこの【使い方】の段落を削除してください。</w:t>
      </w:r>
    </w:p>
    <w:p>
      <w:pPr>
        <w:spacing w:after="80"/>
      </w:pPr>
      <w:r>
        <w:rPr>
          <w:b/>
          <w:sz w:val="24"/>
        </w:rPr>
        <w:t>1　仏式（四十九日の忌明け後）</w:t>
      </w:r>
    </w:p>
    <w:p>
      <w:pPr>
        <w:spacing w:after="40"/>
      </w:pPr>
      <w:r>
        <w:rPr>
          <w:b w:val="0"/>
          <w:sz w:val="21"/>
        </w:rPr>
        <w:t>謹啓</w:t>
      </w:r>
    </w:p>
    <w:p>
      <w:pPr>
        <w:spacing w:after="40"/>
      </w:pPr>
      <w:r>
        <w:rPr>
          <w:b w:val="0"/>
          <w:sz w:val="21"/>
        </w:rPr>
        <w:t>先般　亡〔続柄〕〔故人名〕儀　永眠の際には　ご丁重なるご弔意を賜り　誠にありがとうございました</w:t>
      </w:r>
    </w:p>
    <w:p>
      <w:pPr>
        <w:spacing w:after="40"/>
      </w:pPr>
      <w:r>
        <w:rPr>
          <w:b w:val="0"/>
          <w:sz w:val="21"/>
        </w:rPr>
        <w:t>おかげをもちまして　このたび　〔戒名〕　四十九日の法要を滞りなく相営みました</w:t>
      </w:r>
    </w:p>
    <w:p>
      <w:pPr>
        <w:spacing w:after="40"/>
      </w:pPr>
      <w:r>
        <w:rPr>
          <w:b w:val="0"/>
          <w:sz w:val="21"/>
        </w:rPr>
        <w:t>つきましては　供養のしるしに心ばかりの品をお届けいたしますので　ご受納くださいますようお願い申し上げます</w:t>
      </w:r>
    </w:p>
    <w:p>
      <w:pPr>
        <w:spacing w:after="40"/>
      </w:pPr>
      <w:r>
        <w:rPr>
          <w:b w:val="0"/>
          <w:sz w:val="21"/>
        </w:rPr>
        <w:t>本来であれば拝眉の上ご挨拶申し上げるべきところ　略儀ながら書中にてご挨拶申し上げます</w:t>
      </w:r>
    </w:p>
    <w:p>
      <w:pPr>
        <w:spacing w:after="40"/>
      </w:pPr>
      <w:r>
        <w:rPr>
          <w:b w:val="0"/>
          <w:sz w:val="21"/>
        </w:rPr>
        <w:t>謹白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pPr>
        <w:spacing w:after="80"/>
      </w:pPr>
      <w:r>
        <w:rPr>
          <w:b/>
          <w:sz w:val="24"/>
        </w:rPr>
        <w:t>2　浄土真宗</w:t>
      </w:r>
    </w:p>
    <w:p>
      <w:pPr>
        <w:spacing w:after="40"/>
      </w:pPr>
      <w:r>
        <w:rPr>
          <w:b w:val="0"/>
          <w:sz w:val="21"/>
        </w:rPr>
        <w:t>謹啓</w:t>
      </w:r>
    </w:p>
    <w:p>
      <w:pPr>
        <w:spacing w:after="40"/>
      </w:pPr>
      <w:r>
        <w:rPr>
          <w:b w:val="0"/>
          <w:sz w:val="21"/>
        </w:rPr>
        <w:t>先般　亡〔続柄〕〔故人名〕儀　往生の際には　ご懇篤なるご厚志を賜り　厚く御礼申し上げます</w:t>
      </w:r>
    </w:p>
    <w:p>
      <w:pPr>
        <w:spacing w:after="40"/>
      </w:pPr>
      <w:r>
        <w:rPr>
          <w:b w:val="0"/>
          <w:sz w:val="21"/>
        </w:rPr>
        <w:t>おかげをもちまして　〔法名〕　満中陰の法要を滞りなく相営みました</w:t>
      </w:r>
    </w:p>
    <w:p>
      <w:pPr>
        <w:spacing w:after="40"/>
      </w:pPr>
      <w:r>
        <w:rPr>
          <w:b w:val="0"/>
          <w:sz w:val="21"/>
        </w:rPr>
        <w:t>つきましては　心ばかりの品をお届けいたしますので　ご受納くださいますようお願い申し上げます</w:t>
      </w:r>
    </w:p>
    <w:p>
      <w:pPr>
        <w:spacing w:after="40"/>
      </w:pPr>
      <w:r>
        <w:rPr>
          <w:b w:val="0"/>
          <w:sz w:val="21"/>
        </w:rPr>
        <w:t>略儀ながら書中にて御礼申し上げます</w:t>
      </w:r>
    </w:p>
    <w:p>
      <w:pPr>
        <w:spacing w:after="40"/>
      </w:pPr>
      <w:r>
        <w:rPr>
          <w:b w:val="0"/>
          <w:sz w:val="21"/>
        </w:rPr>
        <w:t>謹白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pPr>
        <w:spacing w:after="80"/>
      </w:pPr>
      <w:r>
        <w:rPr>
          <w:b/>
          <w:sz w:val="24"/>
        </w:rPr>
        <w:t>3　神式（五十日祭のあと）</w:t>
      </w:r>
    </w:p>
    <w:p>
      <w:pPr>
        <w:spacing w:after="40"/>
      </w:pPr>
      <w:r>
        <w:rPr>
          <w:b w:val="0"/>
          <w:sz w:val="21"/>
        </w:rPr>
        <w:t>謹啓</w:t>
      </w:r>
    </w:p>
    <w:p>
      <w:pPr>
        <w:spacing w:after="40"/>
      </w:pPr>
      <w:r>
        <w:rPr>
          <w:b w:val="0"/>
          <w:sz w:val="21"/>
        </w:rPr>
        <w:t>先般　亡〔続柄〕〔故人名〕儀　帰幽の際には　ご丁重なるご弔意を賜り　誠にありがとうございました</w:t>
      </w:r>
    </w:p>
    <w:p>
      <w:pPr>
        <w:spacing w:after="40"/>
      </w:pPr>
      <w:r>
        <w:rPr>
          <w:b w:val="0"/>
          <w:sz w:val="21"/>
        </w:rPr>
        <w:t>おかげをもちまして　このたび　五十日祭を滞りなく相済ませました</w:t>
      </w:r>
    </w:p>
    <w:p>
      <w:pPr>
        <w:spacing w:after="40"/>
      </w:pPr>
      <w:r>
        <w:rPr>
          <w:b w:val="0"/>
          <w:sz w:val="21"/>
        </w:rPr>
        <w:t>つきましては　偲草のしるしに心ばかりの品をお届けいたしますので　ご受納くださいますようお願い申し上げます</w:t>
      </w:r>
    </w:p>
    <w:p>
      <w:pPr>
        <w:spacing w:after="40"/>
      </w:pPr>
      <w:r>
        <w:rPr>
          <w:b w:val="0"/>
          <w:sz w:val="21"/>
        </w:rPr>
        <w:t>略儀ながら書中にてご挨拶申し上げます</w:t>
      </w:r>
    </w:p>
    <w:p>
      <w:pPr>
        <w:spacing w:after="40"/>
      </w:pPr>
      <w:r>
        <w:rPr>
          <w:b w:val="0"/>
          <w:sz w:val="21"/>
        </w:rPr>
        <w:t>謹白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pPr>
        <w:spacing w:after="80"/>
      </w:pPr>
      <w:r>
        <w:rPr>
          <w:b/>
          <w:sz w:val="24"/>
        </w:rPr>
        <w:t>4　キリスト教</w:t>
      </w:r>
    </w:p>
    <w:p>
      <w:pPr>
        <w:spacing w:after="40"/>
      </w:pPr>
      <w:r>
        <w:rPr>
          <w:b w:val="0"/>
          <w:sz w:val="21"/>
        </w:rPr>
        <w:t>拝啓</w:t>
      </w:r>
    </w:p>
    <w:p>
      <w:pPr>
        <w:spacing w:after="40"/>
      </w:pPr>
      <w:r>
        <w:rPr>
          <w:b w:val="0"/>
          <w:sz w:val="21"/>
        </w:rPr>
        <w:t>先般　亡〔続柄〕〔故人名〕召天の際には　温かいお心遣いを賜り　心より感謝申し上げます</w:t>
      </w:r>
    </w:p>
    <w:p>
      <w:pPr>
        <w:spacing w:after="40"/>
      </w:pPr>
      <w:r>
        <w:rPr>
          <w:b w:val="0"/>
          <w:sz w:val="21"/>
        </w:rPr>
        <w:t>おかげをもちまして　〔記念式／追悼ミサ〕を滞りなく終えることができました</w:t>
      </w:r>
    </w:p>
    <w:p>
      <w:pPr>
        <w:spacing w:after="40"/>
      </w:pPr>
      <w:r>
        <w:rPr>
          <w:b w:val="0"/>
          <w:sz w:val="21"/>
        </w:rPr>
        <w:t>つきましては　感謝のしるしに心ばかりの品をお届けいたしますので　お納めくださいますようお願い申し上げます</w:t>
      </w:r>
    </w:p>
    <w:p>
      <w:pPr>
        <w:spacing w:after="40"/>
      </w:pPr>
      <w:r>
        <w:rPr>
          <w:b w:val="0"/>
          <w:sz w:val="21"/>
        </w:rPr>
        <w:t>略儀ながら書中にてお礼申し上げます</w:t>
      </w:r>
    </w:p>
    <w:p>
      <w:pPr>
        <w:spacing w:after="40"/>
      </w:pPr>
      <w:r>
        <w:rPr>
          <w:b w:val="0"/>
          <w:sz w:val="21"/>
        </w:rPr>
        <w:t>敬具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pPr>
        <w:spacing w:after="80"/>
      </w:pPr>
      <w:r>
        <w:rPr>
          <w:b/>
          <w:sz w:val="24"/>
        </w:rPr>
        <w:t>5　香典を寄付した場合のお礼状</w:t>
      </w:r>
    </w:p>
    <w:p>
      <w:pPr>
        <w:spacing w:after="40"/>
      </w:pPr>
      <w:r>
        <w:rPr>
          <w:b w:val="0"/>
          <w:sz w:val="21"/>
        </w:rPr>
        <w:t>謹啓</w:t>
      </w:r>
    </w:p>
    <w:p>
      <w:pPr>
        <w:spacing w:after="40"/>
      </w:pPr>
      <w:r>
        <w:rPr>
          <w:b w:val="0"/>
          <w:sz w:val="21"/>
        </w:rPr>
        <w:t>先般　亡〔続柄〕〔故人名〕儀　永眠の際には　ご丁重なるご弔意を賜り　誠にありがとうございました</w:t>
      </w:r>
    </w:p>
    <w:p>
      <w:pPr>
        <w:spacing w:after="40"/>
      </w:pPr>
      <w:r>
        <w:rPr>
          <w:b w:val="0"/>
          <w:sz w:val="21"/>
        </w:rPr>
        <w:t>おかげをもちまして　〔四十九日の法要〕を滞りなく相営みました</w:t>
      </w:r>
    </w:p>
    <w:p>
      <w:pPr>
        <w:spacing w:after="40"/>
      </w:pPr>
      <w:r>
        <w:rPr>
          <w:b w:val="0"/>
          <w:sz w:val="21"/>
        </w:rPr>
        <w:t>つきましては　故人の遺志により　皆様からのご厚志の一部を〔寄付先〕へ寄付させていただきました</w:t>
      </w:r>
    </w:p>
    <w:p>
      <w:pPr>
        <w:spacing w:after="40"/>
      </w:pPr>
      <w:r>
        <w:rPr>
          <w:b w:val="0"/>
          <w:sz w:val="21"/>
        </w:rPr>
        <w:t>誠に勝手ながら　これをもちまして香典返しに代えさせていただきたく　何卒ご了承くださいますようお願い申し上げます</w:t>
      </w:r>
    </w:p>
    <w:p>
      <w:pPr>
        <w:spacing w:after="40"/>
      </w:pPr>
      <w:r>
        <w:rPr>
          <w:b w:val="0"/>
          <w:sz w:val="21"/>
        </w:rPr>
        <w:t>略儀ながら書中にてご挨拶申し上げます</w:t>
      </w:r>
    </w:p>
    <w:p>
      <w:pPr>
        <w:spacing w:after="40"/>
      </w:pPr>
      <w:r>
        <w:rPr>
          <w:b w:val="0"/>
          <w:sz w:val="21"/>
        </w:rPr>
        <w:t>謹白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pPr>
        <w:spacing w:after="80"/>
      </w:pPr>
      <w:r>
        <w:rPr>
          <w:b/>
          <w:sz w:val="24"/>
        </w:rPr>
        <w:t>6　香典返しを辞退された人へのお礼状</w:t>
      </w:r>
    </w:p>
    <w:p>
      <w:pPr>
        <w:spacing w:after="40"/>
      </w:pPr>
      <w:r>
        <w:rPr>
          <w:b w:val="0"/>
          <w:sz w:val="21"/>
        </w:rPr>
        <w:t>謹啓</w:t>
      </w:r>
    </w:p>
    <w:p>
      <w:pPr>
        <w:spacing w:after="40"/>
      </w:pPr>
      <w:r>
        <w:rPr>
          <w:b w:val="0"/>
          <w:sz w:val="21"/>
        </w:rPr>
        <w:t>先般　亡〔続柄〕〔故人名〕儀　永眠の際には　ご丁重なるご弔意とお心遣いを賜り　誠にありがとうございました</w:t>
      </w:r>
    </w:p>
    <w:p>
      <w:pPr>
        <w:spacing w:after="40"/>
      </w:pPr>
      <w:r>
        <w:rPr>
          <w:b w:val="0"/>
          <w:sz w:val="21"/>
        </w:rPr>
        <w:t>おかげをもちまして　このたび　四十九日の法要を滞りなく相営みました</w:t>
      </w:r>
    </w:p>
    <w:p>
      <w:pPr>
        <w:spacing w:after="40"/>
      </w:pPr>
      <w:r>
        <w:rPr>
          <w:b w:val="0"/>
          <w:sz w:val="21"/>
        </w:rPr>
        <w:t>お返しのお心遣いはご無用とのお言葉に甘えさせていただき　書中にて御礼を申し上げます</w:t>
      </w:r>
    </w:p>
    <w:p>
      <w:pPr>
        <w:spacing w:after="40"/>
      </w:pPr>
      <w:r>
        <w:rPr>
          <w:b w:val="0"/>
          <w:sz w:val="21"/>
        </w:rPr>
        <w:t>今後とも変わらぬご厚誼のほど　よろしくお願い申し上げます</w:t>
      </w:r>
    </w:p>
    <w:p>
      <w:pPr>
        <w:spacing w:after="40"/>
      </w:pPr>
      <w:r>
        <w:rPr>
          <w:b w:val="0"/>
          <w:sz w:val="21"/>
        </w:rPr>
        <w:t>謹白</w:t>
      </w:r>
    </w:p>
    <w:p>
      <w:pPr>
        <w:spacing w:after="20"/>
      </w:pPr>
      <w:r>
        <w:rPr>
          <w:b w:val="0"/>
        </w:rPr>
        <w:t>令和〔　〕年〔　〕月〔　〕日</w:t>
      </w:r>
    </w:p>
    <w:p>
      <w:pPr>
        <w:spacing w:after="20"/>
      </w:pPr>
      <w:r>
        <w:rPr>
          <w:b w:val="0"/>
        </w:rPr>
        <w:t>〔住所〕</w:t>
      </w:r>
    </w:p>
    <w:p>
      <w:pPr>
        <w:spacing w:after="200"/>
      </w:pPr>
      <w:r>
        <w:rPr>
          <w:b w:val="0"/>
        </w:rPr>
        <w:t>喪主　〔氏名〕　外　親族一同</w:t>
      </w:r>
    </w:p>
    <w:p>
      <w:r>
        <w:br w:type="page"/>
      </w:r>
    </w:p>
    <w:p>
      <w:pPr>
        <w:spacing w:after="80"/>
      </w:pPr>
      <w:r>
        <w:rPr>
          <w:b/>
          <w:sz w:val="24"/>
        </w:rPr>
        <w:t>7　香典返しの管理表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</w:tcPr>
          <w:p>
            <w:r>
              <w:t>No</w:t>
            </w:r>
          </w:p>
        </w:tc>
        <w:tc>
          <w:tcPr>
            <w:tcW w:type="dxa" w:w="1296"/>
          </w:tcPr>
          <w:p>
            <w:r>
              <w:t>お名前</w:t>
            </w:r>
          </w:p>
        </w:tc>
        <w:tc>
          <w:tcPr>
            <w:tcW w:type="dxa" w:w="1296"/>
          </w:tcPr>
          <w:p>
            <w:r>
              <w:t>住所</w:t>
            </w:r>
          </w:p>
        </w:tc>
        <w:tc>
          <w:tcPr>
            <w:tcW w:type="dxa" w:w="1296"/>
          </w:tcPr>
          <w:p>
            <w:r>
              <w:t>関係</w:t>
            </w:r>
          </w:p>
        </w:tc>
        <w:tc>
          <w:tcPr>
            <w:tcW w:type="dxa" w:w="1296"/>
          </w:tcPr>
          <w:p>
            <w:r>
              <w:t>香典・供花の額</w:t>
            </w:r>
          </w:p>
        </w:tc>
        <w:tc>
          <w:tcPr>
            <w:tcW w:type="dxa" w:w="1296"/>
          </w:tcPr>
          <w:p>
            <w:r>
              <w:t>品物・金額</w:t>
            </w:r>
          </w:p>
        </w:tc>
        <w:tc>
          <w:tcPr>
            <w:tcW w:type="dxa" w:w="1296"/>
          </w:tcPr>
          <w:p>
            <w:r>
              <w:t>発送日</w:t>
            </w:r>
          </w:p>
        </w:tc>
      </w:tr>
      <w:tr>
        <w:tc>
          <w:tcPr>
            <w:tcW w:type="dxa" w:w="1296"/>
          </w:tcPr>
          <w:p>
            <w:r>
              <w:t>1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2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3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4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5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6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7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8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9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10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11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12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13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14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15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16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17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18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19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  <w:tr>
        <w:tc>
          <w:tcPr>
            <w:tcW w:type="dxa" w:w="1296"/>
          </w:tcPr>
          <w:p>
            <w:r>
              <w:t>20</w:t>
            </w:r>
          </w:p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  <w:tc>
          <w:tcPr>
            <w:tcW w:type="dxa" w:w="1296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※文例は一般的なものです。地域・宗派によって言葉や時期が異なります。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