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b w:val="0"/>
          <w:sz w:val="18"/>
        </w:rPr>
        <w:t>【使い方】相続人が建物滅失登記を自分で申請するための下書きです。法務局の最新の様式・記載例を確認し、管轄の法務局の案内に合わせて作成してください。</w:t>
      </w:r>
    </w:p>
    <w:p>
      <w:pPr>
        <w:spacing w:after="160"/>
        <w:jc w:val="center"/>
      </w:pPr>
      <w:r>
        <w:rPr>
          <w:b/>
          <w:sz w:val="30"/>
        </w:rPr>
        <w:t>登記申請書（建物滅失）下書き</w:t>
      </w:r>
    </w:p>
    <w:p>
      <w:pPr>
        <w:spacing w:after="40"/>
      </w:pPr>
      <w:r>
        <w:rPr>
          <w:b w:val="0"/>
          <w:sz w:val="21"/>
        </w:rPr>
        <w:t>登記の目的　建物滅失</w:t>
      </w:r>
    </w:p>
    <w:p>
      <w:pPr>
        <w:spacing w:after="40"/>
      </w:pPr>
      <w:r>
        <w:rPr>
          <w:b w:val="0"/>
          <w:sz w:val="21"/>
        </w:rPr>
        <w:t>添付情報　建物滅失証明書（会社法人等番号　　　　－　　－　　　　　　）　相続を証する情報　住所を証する情報</w:t>
      </w:r>
    </w:p>
    <w:p>
      <w:pPr>
        <w:spacing w:after="40"/>
      </w:pPr>
      <w:r>
        <w:rPr>
          <w:b w:val="0"/>
          <w:sz w:val="21"/>
        </w:rPr>
        <w:t>令和　　年　　月　　日申請　　　　　　法務局　　　　支局（出張所）</w:t>
      </w:r>
    </w:p>
    <w:p>
      <w:pPr>
        <w:spacing w:after="40"/>
      </w:pPr>
      <w:r>
        <w:rPr>
          <w:b w:val="0"/>
          <w:sz w:val="21"/>
        </w:rPr>
        <w:t>申請人　（被相続人）住所　　　　　　　　　　　氏名　亡</w:t>
      </w:r>
    </w:p>
    <w:p>
      <w:pPr>
        <w:spacing w:after="40"/>
      </w:pPr>
      <w:r>
        <w:rPr>
          <w:b w:val="0"/>
          <w:sz w:val="21"/>
        </w:rPr>
        <w:t xml:space="preserve">　　　　上記相続人　住所　　　　　　　　　　　氏名　　　　　　　　印</w:t>
      </w:r>
    </w:p>
    <w:p>
      <w:pPr>
        <w:spacing w:after="40"/>
      </w:pPr>
      <w:r>
        <w:rPr>
          <w:b w:val="0"/>
          <w:sz w:val="21"/>
        </w:rPr>
        <w:t>連絡先の電話番号　　　　－　　　　－</w:t>
      </w:r>
    </w:p>
    <w:p>
      <w:pPr>
        <w:spacing w:after="40"/>
      </w:pPr>
      <w:r>
        <w:rPr>
          <w:b w:val="0"/>
          <w:sz w:val="21"/>
        </w:rPr>
        <w:t>不動産番号（記載すれば下の表示を省略可）</w:t>
      </w:r>
    </w:p>
    <w:p>
      <w:pPr>
        <w:spacing w:after="40"/>
      </w:pPr>
      <w:r>
        <w:rPr>
          <w:b w:val="0"/>
          <w:sz w:val="21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14"/>
        <w:gridCol w:w="1814"/>
        <w:gridCol w:w="1814"/>
        <w:gridCol w:w="1814"/>
        <w:gridCol w:w="1814"/>
      </w:tblGrid>
      <w:tr>
        <w:tc>
          <w:tcPr>
            <w:tcW w:type="dxa" w:w="1814"/>
          </w:tcPr>
          <w:p>
            <w:r>
              <w:t>所在</w:t>
            </w:r>
          </w:p>
        </w:tc>
        <w:tc>
          <w:tcPr>
            <w:tcW w:type="dxa" w:w="1814"/>
          </w:tcPr>
          <w:p>
            <w:r>
              <w:t>家屋番号</w:t>
            </w:r>
          </w:p>
        </w:tc>
        <w:tc>
          <w:tcPr>
            <w:tcW w:type="dxa" w:w="1814"/>
          </w:tcPr>
          <w:p>
            <w:r>
              <w:t>種類・構造</w:t>
            </w:r>
          </w:p>
        </w:tc>
        <w:tc>
          <w:tcPr>
            <w:tcW w:type="dxa" w:w="1814"/>
          </w:tcPr>
          <w:p>
            <w:r>
              <w:t>床面積</w:t>
            </w:r>
          </w:p>
        </w:tc>
        <w:tc>
          <w:tcPr>
            <w:tcW w:type="dxa" w:w="1814"/>
          </w:tcPr>
          <w:p>
            <w:r>
              <w:t>登記原因及びその日付</w:t>
            </w:r>
          </w:p>
        </w:tc>
      </w:tr>
      <w:tr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>
            <w:r>
              <w:t>令和　年　月　日取壊し</w:t>
            </w:r>
          </w:p>
        </w:tc>
      </w:tr>
      <w:tr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</w:tr>
      <w:tr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</w:tr>
    </w:tbl>
    <w:p>
      <w:pPr>
        <w:spacing w:after="120"/>
      </w:pPr>
      <w:r>
        <w:rPr>
          <w:b w:val="0"/>
        </w:rPr>
      </w:r>
    </w:p>
    <w:p>
      <w:pPr>
        <w:spacing w:after="160"/>
        <w:jc w:val="center"/>
      </w:pPr>
      <w:r>
        <w:rPr>
          <w:b/>
          <w:sz w:val="30"/>
        </w:rPr>
        <w:t>建物滅失証明書（ひな形）</w:t>
      </w:r>
    </w:p>
    <w:p>
      <w:pPr>
        <w:spacing w:after="40"/>
      </w:pPr>
      <w:r>
        <w:rPr>
          <w:b w:val="0"/>
          <w:sz w:val="21"/>
        </w:rPr>
        <w:t>１　建物の表示　　　　　　　　　　　　家屋番号</w:t>
      </w:r>
    </w:p>
    <w:p>
      <w:pPr>
        <w:spacing w:after="40"/>
      </w:pPr>
      <w:r>
        <w:rPr>
          <w:b w:val="0"/>
          <w:sz w:val="21"/>
        </w:rPr>
        <w:t>２　滅失の理由　　令和　　年　　月　　日取壊し</w:t>
      </w:r>
    </w:p>
    <w:p>
      <w:pPr>
        <w:spacing w:after="40"/>
      </w:pPr>
      <w:r>
        <w:rPr>
          <w:b w:val="0"/>
          <w:sz w:val="21"/>
        </w:rPr>
        <w:t>３　所有者　住所　　　　　　　　　　　　氏名</w:t>
      </w:r>
    </w:p>
    <w:p>
      <w:pPr>
        <w:spacing w:after="40"/>
      </w:pPr>
      <w:r>
        <w:rPr>
          <w:b w:val="0"/>
          <w:sz w:val="21"/>
        </w:rPr>
        <w:t>上記のとおり建物を取り壊したことを証明します。</w:t>
      </w:r>
    </w:p>
    <w:p>
      <w:pPr>
        <w:spacing w:after="40"/>
      </w:pPr>
      <w:r>
        <w:rPr>
          <w:b w:val="0"/>
          <w:sz w:val="21"/>
        </w:rPr>
        <w:t>令和　　年　　月　　日</w:t>
      </w:r>
    </w:p>
    <w:p>
      <w:pPr>
        <w:spacing w:after="40"/>
      </w:pPr>
      <w:r>
        <w:rPr>
          <w:b w:val="0"/>
          <w:sz w:val="21"/>
        </w:rPr>
        <w:t>（工事請負人）所在地</w:t>
      </w:r>
    </w:p>
    <w:p>
      <w:pPr>
        <w:spacing w:after="40"/>
      </w:pPr>
      <w:r>
        <w:rPr>
          <w:b w:val="0"/>
          <w:sz w:val="21"/>
        </w:rPr>
        <w:t xml:space="preserve">　　　　　　　名称</w:t>
      </w:r>
    </w:p>
    <w:p>
      <w:pPr>
        <w:spacing w:after="40"/>
      </w:pPr>
      <w:r>
        <w:rPr>
          <w:b w:val="0"/>
          <w:sz w:val="21"/>
        </w:rPr>
        <w:t xml:space="preserve">　　　　　　　代表者　　　　　　　　　　　　印</w:t>
      </w:r>
    </w:p>
    <w:p>
      <w:pPr>
        <w:spacing w:after="120"/>
      </w:pPr>
      <w:r>
        <w:rPr>
          <w:b w:val="0"/>
        </w:rPr>
      </w:r>
    </w:p>
    <w:p>
      <w:pPr>
        <w:spacing w:after="60"/>
      </w:pPr>
      <w:r>
        <w:rPr>
          <w:b/>
          <w:sz w:val="24"/>
        </w:rPr>
        <w:t>提出前のチェックリスト</w:t>
      </w:r>
    </w:p>
    <w:p>
      <w:pPr>
        <w:spacing w:after="20"/>
      </w:pPr>
      <w:r>
        <w:rPr>
          <w:b w:val="0"/>
          <w:sz w:val="21"/>
        </w:rPr>
        <w:t>□ 提出先（建物の所在地を管轄する法務局）</w:t>
      </w:r>
    </w:p>
    <w:p>
      <w:pPr>
        <w:spacing w:after="20"/>
      </w:pPr>
      <w:r>
        <w:rPr>
          <w:b w:val="0"/>
          <w:sz w:val="21"/>
        </w:rPr>
        <w:t>□ 建物の表示は登記事項証明書のとおり（附属建物も確認）</w:t>
      </w:r>
    </w:p>
    <w:p>
      <w:pPr>
        <w:spacing w:after="20"/>
      </w:pPr>
      <w:r>
        <w:rPr>
          <w:b w:val="0"/>
          <w:sz w:val="21"/>
        </w:rPr>
        <w:t>□ 登記原因の日付は証明書の取り壊しの日</w:t>
      </w:r>
    </w:p>
    <w:p>
      <w:pPr>
        <w:spacing w:after="20"/>
      </w:pPr>
      <w:r>
        <w:rPr>
          <w:b w:val="0"/>
          <w:sz w:val="21"/>
        </w:rPr>
        <w:t>□ 建物滅失証明書と業者の印鑑証明書（会社法人等番号で省略可）</w:t>
      </w:r>
    </w:p>
    <w:p>
      <w:pPr>
        <w:spacing w:after="20"/>
      </w:pPr>
      <w:r>
        <w:rPr>
          <w:b w:val="0"/>
          <w:sz w:val="21"/>
        </w:rPr>
        <w:t>□ 所有者の死亡と相続人であることが分かる戸籍</w:t>
      </w:r>
    </w:p>
    <w:p>
      <w:pPr>
        <w:spacing w:after="20"/>
      </w:pPr>
      <w:r>
        <w:rPr>
          <w:b w:val="0"/>
          <w:sz w:val="21"/>
        </w:rPr>
        <w:t>□ 登記簿の住所と最後の住所のつながり（住民票の除票・戸籍の附票）</w:t>
      </w:r>
    </w:p>
    <w:p>
      <w:pPr>
        <w:spacing w:after="20"/>
      </w:pPr>
      <w:r>
        <w:rPr>
          <w:b w:val="0"/>
          <w:sz w:val="21"/>
        </w:rPr>
        <w:t>□ 申請地の場所が分かる地図</w:t>
      </w:r>
    </w:p>
    <w:p>
      <w:pPr>
        <w:spacing w:after="20"/>
      </w:pPr>
      <w:r>
        <w:rPr>
          <w:b w:val="0"/>
          <w:sz w:val="21"/>
        </w:rPr>
        <w:t>□ 連絡先の電話番号（平日の日中）</w:t>
      </w:r>
    </w:p>
    <w:p>
      <w:pPr>
        <w:spacing w:after="20"/>
      </w:pPr>
      <w:r>
        <w:rPr>
          <w:b w:val="0"/>
          <w:sz w:val="21"/>
        </w:rPr>
        <w:t>□ 複数枚なら契印</w:t>
      </w:r>
    </w:p>
    <w:p>
      <w:pPr>
        <w:spacing w:after="20"/>
      </w:pPr>
      <w:r>
        <w:rPr>
          <w:b w:val="0"/>
          <w:sz w:val="21"/>
        </w:rPr>
        <w:t>□ 郵送なら書留など・封筒に「不動産登記申請書在中」</w:t>
      </w:r>
    </w:p>
    <w:p>
      <w:pPr>
        <w:spacing w:after="20"/>
      </w:pPr>
      <w:r>
        <w:rPr>
          <w:b w:val="0"/>
          <w:sz w:val="21"/>
        </w:rPr>
        <w:t>□ 取り壊しから1か月以内</w:t>
      </w:r>
    </w:p>
    <w:p>
      <w:pPr>
        <w:spacing w:after="120"/>
      </w:pPr>
      <w:r>
        <w:rPr>
          <w:b w:val="0"/>
        </w:rPr>
      </w:r>
    </w:p>
    <w:p>
      <w:pPr>
        <w:spacing w:after="120"/>
      </w:pPr>
      <w:r>
        <w:rPr>
          <w:b w:val="0"/>
          <w:sz w:val="16"/>
        </w:rPr>
        <w:t>※代理で申請を頼む場合は土地家屋調査士の業務です。土地の相続登記は司法書士、税金は税理士・税務署に確認してください。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S Mincho" w:hAnsi="MS Mincho" w:eastAsia="ＭＳ 明朝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