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【使い方】喪中はがき・寒中見舞い・喪中見舞いの一般的な文例です。〇の部分を書き換えて使ってください。慣習なので、地域や宗教、家の考え方に合わせて調整してください。</w:t>
      </w:r>
    </w:p>
    <w:p>
      <w:pPr>
        <w:spacing w:after="160"/>
        <w:jc w:val="center"/>
      </w:pPr>
      <w:r>
        <w:rPr>
          <w:b/>
          <w:sz w:val="30"/>
        </w:rPr>
        <w:t>喪中はがき・寒中見舞い 文例集</w:t>
      </w:r>
    </w:p>
    <w:p>
      <w:pPr>
        <w:spacing w:after="60"/>
      </w:pPr>
      <w:r>
        <w:rPr>
          <w:b/>
          <w:sz w:val="24"/>
        </w:rPr>
        <w:t>1 父が亡くなった場合</w:t>
      </w:r>
    </w:p>
    <w:p>
      <w:pPr>
        <w:spacing w:after="20"/>
      </w:pPr>
      <w:r>
        <w:rPr>
          <w:b w:val="0"/>
          <w:sz w:val="21"/>
        </w:rPr>
        <w:t>喪中につき年末年始のご挨拶を謹んでご遠慮申し上げます</w:t>
      </w:r>
    </w:p>
    <w:p>
      <w:pPr>
        <w:spacing w:after="20"/>
      </w:pPr>
      <w:r>
        <w:rPr>
          <w:b w:val="0"/>
          <w:sz w:val="21"/>
        </w:rPr>
        <w:t>本年〇月に父 〇〇〇〇が〇〇歳にて永眠いたしました</w:t>
      </w:r>
    </w:p>
    <w:p>
      <w:pPr>
        <w:spacing w:after="20"/>
      </w:pPr>
      <w:r>
        <w:rPr>
          <w:b w:val="0"/>
          <w:sz w:val="21"/>
        </w:rPr>
        <w:t>ここに本年中に賜りましたご厚情を深謝いたしますとともに</w:t>
      </w:r>
    </w:p>
    <w:p>
      <w:pPr>
        <w:spacing w:after="20"/>
      </w:pPr>
      <w:r>
        <w:rPr>
          <w:b w:val="0"/>
          <w:sz w:val="21"/>
        </w:rPr>
        <w:t>明年も変わらぬご交誼のほどお願い申し上げます</w:t>
      </w:r>
    </w:p>
    <w:p>
      <w:pPr>
        <w:spacing w:after="20"/>
      </w:pPr>
      <w:r>
        <w:rPr>
          <w:b w:val="0"/>
          <w:sz w:val="21"/>
        </w:rPr>
        <w:t>令和〇年十一月</w:t>
      </w:r>
    </w:p>
    <w:p>
      <w:pPr>
        <w:spacing w:after="20"/>
      </w:pPr>
      <w:r>
        <w:rPr>
          <w:b w:val="0"/>
          <w:sz w:val="21"/>
        </w:rPr>
        <w:t>〒〇〇〇-〇〇〇〇　住所　氏名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2 母が亡くなった場合</w:t>
      </w:r>
    </w:p>
    <w:p>
      <w:pPr>
        <w:spacing w:after="20"/>
      </w:pPr>
      <w:r>
        <w:rPr>
          <w:b w:val="0"/>
          <w:sz w:val="21"/>
        </w:rPr>
        <w:t>喪中につき新年のご挨拶を失礼させていただきます</w:t>
      </w:r>
    </w:p>
    <w:p>
      <w:pPr>
        <w:spacing w:after="20"/>
      </w:pPr>
      <w:r>
        <w:rPr>
          <w:b w:val="0"/>
          <w:sz w:val="21"/>
        </w:rPr>
        <w:t>本年〇月に母 〇〇〇〇が〇〇歳にて永眠いたしました</w:t>
      </w:r>
    </w:p>
    <w:p>
      <w:pPr>
        <w:spacing w:after="20"/>
      </w:pPr>
      <w:r>
        <w:rPr>
          <w:b w:val="0"/>
          <w:sz w:val="21"/>
        </w:rPr>
        <w:t>生前のご厚情に深く感謝申し上げます</w:t>
      </w:r>
    </w:p>
    <w:p>
      <w:pPr>
        <w:spacing w:after="20"/>
      </w:pPr>
      <w:r>
        <w:rPr>
          <w:b w:val="0"/>
          <w:sz w:val="21"/>
        </w:rPr>
        <w:t>皆様が健やかに新年を迎えられますようお祈り申し上げます</w:t>
      </w:r>
    </w:p>
    <w:p>
      <w:pPr>
        <w:spacing w:after="20"/>
      </w:pPr>
      <w:r>
        <w:rPr>
          <w:b w:val="0"/>
          <w:sz w:val="21"/>
        </w:rPr>
        <w:t>令和〇年十一月</w:t>
      </w:r>
    </w:p>
    <w:p>
      <w:pPr>
        <w:spacing w:after="20"/>
      </w:pPr>
      <w:r>
        <w:rPr>
          <w:b w:val="0"/>
          <w:sz w:val="21"/>
        </w:rPr>
        <w:t>〒〇〇〇-〇〇〇〇　住所　氏名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3 配偶者が亡くなった場合</w:t>
      </w:r>
    </w:p>
    <w:p>
      <w:pPr>
        <w:spacing w:after="20"/>
      </w:pPr>
      <w:r>
        <w:rPr>
          <w:b w:val="0"/>
          <w:sz w:val="21"/>
        </w:rPr>
        <w:t>喪中につき年頭のご挨拶をご遠慮申し上げます</w:t>
      </w:r>
    </w:p>
    <w:p>
      <w:pPr>
        <w:spacing w:after="20"/>
      </w:pPr>
      <w:r>
        <w:rPr>
          <w:b w:val="0"/>
          <w:sz w:val="21"/>
        </w:rPr>
        <w:t>本年〇月に夫 〇〇〇〇が〇〇歳にて永眠いたしました</w:t>
      </w:r>
    </w:p>
    <w:p>
      <w:pPr>
        <w:spacing w:after="20"/>
      </w:pPr>
      <w:r>
        <w:rPr>
          <w:b w:val="0"/>
          <w:sz w:val="21"/>
        </w:rPr>
        <w:t>生前賜りましたご厚情に心より御礼申し上げます</w:t>
      </w:r>
    </w:p>
    <w:p>
      <w:pPr>
        <w:spacing w:after="20"/>
      </w:pPr>
      <w:r>
        <w:rPr>
          <w:b w:val="0"/>
          <w:sz w:val="21"/>
        </w:rPr>
        <w:t>令和〇年十一月</w:t>
      </w:r>
    </w:p>
    <w:p>
      <w:pPr>
        <w:spacing w:after="20"/>
      </w:pPr>
      <w:r>
        <w:rPr>
          <w:b w:val="0"/>
          <w:sz w:val="21"/>
        </w:rPr>
        <w:t>〒〇〇〇-〇〇〇〇　住所　氏名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4 祖父母が亡くなった場合</w:t>
      </w:r>
    </w:p>
    <w:p>
      <w:pPr>
        <w:spacing w:after="20"/>
      </w:pPr>
      <w:r>
        <w:rPr>
          <w:b w:val="0"/>
          <w:sz w:val="21"/>
        </w:rPr>
        <w:t>喪中につき年末年始のご挨拶を失礼させていただきます</w:t>
      </w:r>
    </w:p>
    <w:p>
      <w:pPr>
        <w:spacing w:after="20"/>
      </w:pPr>
      <w:r>
        <w:rPr>
          <w:b w:val="0"/>
          <w:sz w:val="21"/>
        </w:rPr>
        <w:t>本年〇月に祖母 〇〇〇〇が〇〇歳にて永眠いたしました</w:t>
      </w:r>
    </w:p>
    <w:p>
      <w:pPr>
        <w:spacing w:after="20"/>
      </w:pPr>
      <w:r>
        <w:rPr>
          <w:b w:val="0"/>
          <w:sz w:val="21"/>
        </w:rPr>
        <w:t>本年中に賜りましたご厚情に深く感謝申し上げます</w:t>
      </w:r>
    </w:p>
    <w:p>
      <w:pPr>
        <w:spacing w:after="20"/>
      </w:pPr>
      <w:r>
        <w:rPr>
          <w:b w:val="0"/>
          <w:sz w:val="21"/>
        </w:rPr>
        <w:t>令和〇年十一月</w:t>
      </w:r>
    </w:p>
    <w:p>
      <w:pPr>
        <w:spacing w:after="20"/>
      </w:pPr>
      <w:r>
        <w:rPr>
          <w:b w:val="0"/>
          <w:sz w:val="21"/>
        </w:rPr>
        <w:t>〒〇〇〇-〇〇〇〇　住所　氏名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5 家族葬で済ませた場合</w:t>
      </w:r>
    </w:p>
    <w:p>
      <w:pPr>
        <w:spacing w:after="20"/>
      </w:pPr>
      <w:r>
        <w:rPr>
          <w:b w:val="0"/>
          <w:sz w:val="21"/>
        </w:rPr>
        <w:t>喪中につき年末年始のご挨拶を謹んでご遠慮申し上げます</w:t>
      </w:r>
    </w:p>
    <w:p>
      <w:pPr>
        <w:spacing w:after="20"/>
      </w:pPr>
      <w:r>
        <w:rPr>
          <w:b w:val="0"/>
          <w:sz w:val="21"/>
        </w:rPr>
        <w:t>本年〇月に父 〇〇〇〇が〇〇歳にて永眠いたしました</w:t>
      </w:r>
    </w:p>
    <w:p>
      <w:pPr>
        <w:spacing w:after="20"/>
      </w:pPr>
      <w:r>
        <w:rPr>
          <w:b w:val="0"/>
          <w:sz w:val="21"/>
        </w:rPr>
        <w:t>葬儀は故人の遺志により近親者のみにて相済ませました</w:t>
      </w:r>
    </w:p>
    <w:p>
      <w:pPr>
        <w:spacing w:after="20"/>
      </w:pPr>
      <w:r>
        <w:rPr>
          <w:b w:val="0"/>
          <w:sz w:val="21"/>
        </w:rPr>
        <w:t>ご通知が遅れましたことをお詫び申し上げますとともに 生前のご厚情に深く感謝申し上げます</w:t>
      </w:r>
    </w:p>
    <w:p>
      <w:pPr>
        <w:spacing w:after="20"/>
      </w:pPr>
      <w:r>
        <w:rPr>
          <w:b w:val="0"/>
          <w:sz w:val="21"/>
        </w:rPr>
        <w:t>令和〇年十一月</w:t>
      </w:r>
    </w:p>
    <w:p>
      <w:pPr>
        <w:spacing w:after="20"/>
      </w:pPr>
      <w:r>
        <w:rPr>
          <w:b w:val="0"/>
          <w:sz w:val="21"/>
        </w:rPr>
        <w:t>〒〇〇〇-〇〇〇〇　住所　氏名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6 故人の友人・知人に知らせる場合</w:t>
      </w:r>
    </w:p>
    <w:p>
      <w:pPr>
        <w:spacing w:after="20"/>
      </w:pPr>
      <w:r>
        <w:rPr>
          <w:b w:val="0"/>
          <w:sz w:val="21"/>
        </w:rPr>
        <w:t>喪中につき年末年始のご挨拶を謹んでご遠慮申し上げます</w:t>
      </w:r>
    </w:p>
    <w:p>
      <w:pPr>
        <w:spacing w:after="20"/>
      </w:pPr>
      <w:r>
        <w:rPr>
          <w:b w:val="0"/>
          <w:sz w:val="21"/>
        </w:rPr>
        <w:t>本年〇月に父 〇〇〇〇が〇〇歳にて永眠いたしました</w:t>
      </w:r>
    </w:p>
    <w:p>
      <w:pPr>
        <w:spacing w:after="20"/>
      </w:pPr>
      <w:r>
        <w:rPr>
          <w:b w:val="0"/>
          <w:sz w:val="21"/>
        </w:rPr>
        <w:t>生前に父が賜りましたご厚情に深く感謝申し上げます</w:t>
      </w:r>
    </w:p>
    <w:p>
      <w:pPr>
        <w:spacing w:after="20"/>
      </w:pPr>
      <w:r>
        <w:rPr>
          <w:b w:val="0"/>
          <w:sz w:val="21"/>
        </w:rPr>
        <w:t>令和〇年十一月　〇〇〇〇（長男）</w:t>
      </w:r>
    </w:p>
    <w:p>
      <w:pPr>
        <w:spacing w:after="20"/>
      </w:pPr>
      <w:r>
        <w:rPr>
          <w:b w:val="0"/>
          <w:sz w:val="21"/>
        </w:rPr>
        <w:t>〒〇〇〇-〇〇〇〇　住所　氏名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7 年賀状が届いたときの寒中見舞い</w:t>
      </w:r>
    </w:p>
    <w:p>
      <w:pPr>
        <w:spacing w:after="20"/>
      </w:pPr>
      <w:r>
        <w:rPr>
          <w:b w:val="0"/>
          <w:sz w:val="21"/>
        </w:rPr>
        <w:t>寒中お見舞い申し上げます</w:t>
      </w:r>
    </w:p>
    <w:p>
      <w:pPr>
        <w:spacing w:after="20"/>
      </w:pPr>
      <w:r>
        <w:rPr>
          <w:b w:val="0"/>
          <w:sz w:val="21"/>
        </w:rPr>
        <w:t>ご丁寧に年始のご挨拶をいただきありがとうございました</w:t>
      </w:r>
    </w:p>
    <w:p>
      <w:pPr>
        <w:spacing w:after="20"/>
      </w:pPr>
      <w:r>
        <w:rPr>
          <w:b w:val="0"/>
          <w:sz w:val="21"/>
        </w:rPr>
        <w:t>昨年〇月に父 〇〇が永眠いたしましたため 年頭のご挨拶を控えさせていただきました</w:t>
      </w:r>
    </w:p>
    <w:p>
      <w:pPr>
        <w:spacing w:after="20"/>
      </w:pPr>
      <w:r>
        <w:rPr>
          <w:b w:val="0"/>
          <w:sz w:val="21"/>
        </w:rPr>
        <w:t>ご通知が遅れましたことをお詫び申し上げます</w:t>
      </w:r>
    </w:p>
    <w:p>
      <w:pPr>
        <w:spacing w:after="20"/>
      </w:pPr>
      <w:r>
        <w:rPr>
          <w:b w:val="0"/>
          <w:sz w:val="21"/>
        </w:rPr>
        <w:t>令和〇年一月</w:t>
      </w:r>
    </w:p>
    <w:p>
      <w:pPr>
        <w:spacing w:after="20"/>
      </w:pPr>
      <w:r>
        <w:rPr>
          <w:b w:val="0"/>
          <w:sz w:val="21"/>
        </w:rPr>
        <w:t>〒〇〇〇-〇〇〇〇　住所　氏名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8 喪中はがきを受け取ったときの喪中見舞い</w:t>
      </w:r>
    </w:p>
    <w:p>
      <w:pPr>
        <w:spacing w:after="20"/>
      </w:pPr>
      <w:r>
        <w:rPr>
          <w:b w:val="0"/>
          <w:sz w:val="21"/>
        </w:rPr>
        <w:t>喪中お見舞い申し上げます</w:t>
      </w:r>
    </w:p>
    <w:p>
      <w:pPr>
        <w:spacing w:after="20"/>
      </w:pPr>
      <w:r>
        <w:rPr>
          <w:b w:val="0"/>
          <w:sz w:val="21"/>
        </w:rPr>
        <w:t>〇〇様のご逝去を存じ上げず 失礼いたしました</w:t>
      </w:r>
    </w:p>
    <w:p>
      <w:pPr>
        <w:spacing w:after="20"/>
      </w:pPr>
      <w:r>
        <w:rPr>
          <w:b w:val="0"/>
          <w:sz w:val="21"/>
        </w:rPr>
        <w:t>心よりお悔やみ申し上げます</w:t>
      </w:r>
    </w:p>
    <w:p>
      <w:pPr>
        <w:spacing w:after="20"/>
      </w:pPr>
      <w:r>
        <w:rPr>
          <w:b w:val="0"/>
          <w:sz w:val="21"/>
        </w:rPr>
        <w:t>寒さ厳しき折 どうぞご自愛ください</w:t>
      </w:r>
    </w:p>
    <w:p>
      <w:pPr>
        <w:spacing w:after="20"/>
      </w:pPr>
      <w:r>
        <w:rPr>
          <w:b w:val="0"/>
          <w:sz w:val="21"/>
        </w:rPr>
        <w:t>令和〇年十二月</w:t>
      </w:r>
    </w:p>
    <w:p>
      <w:pPr>
        <w:spacing w:after="20"/>
      </w:pPr>
      <w:r>
        <w:rPr>
          <w:b w:val="0"/>
          <w:sz w:val="21"/>
        </w:rPr>
        <w:t>〒〇〇〇-〇〇〇〇　住所　氏名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出す相手のリスト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>
              <w:t>名前</w:t>
            </w:r>
          </w:p>
        </w:tc>
        <w:tc>
          <w:tcPr>
            <w:tcW w:type="dxa" w:w="1814"/>
          </w:tcPr>
          <w:p>
            <w:r>
              <w:t>住所</w:t>
            </w:r>
          </w:p>
        </w:tc>
        <w:tc>
          <w:tcPr>
            <w:tcW w:type="dxa" w:w="1814"/>
          </w:tcPr>
          <w:p>
            <w:r>
              <w:t>関係（自分・故人）</w:t>
            </w:r>
          </w:p>
        </w:tc>
        <w:tc>
          <w:tcPr>
            <w:tcW w:type="dxa" w:w="1814"/>
          </w:tcPr>
          <w:p>
            <w:r>
              <w:t>喪中はがき 送付日</w:t>
            </w:r>
          </w:p>
        </w:tc>
        <w:tc>
          <w:tcPr>
            <w:tcW w:type="dxa" w:w="1814"/>
          </w:tcPr>
          <w:p>
            <w:r>
              <w:t>寒中見舞い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※喪中はがきは法律で決まったものではありません。日程は日本郵便の発表（2027年用：引受開始12月20日・元日配達の差出目安12月27日）を確認してください。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