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【使い方】死亡届の左半分に書く情報を、前もって集めておくための下書きシートです。これ自体は届書ではありません。実際に提出するのは、病院で渡される死亡届の用紙（または市区町村の用紙）です。</w:t>
      </w:r>
    </w:p>
    <w:p>
      <w:pPr>
        <w:spacing w:after="200"/>
        <w:jc w:val="center"/>
      </w:pPr>
      <w:r>
        <w:rPr>
          <w:b/>
          <w:sz w:val="36"/>
        </w:rPr>
        <w:t>死亡届 下書きシート</w:t>
      </w:r>
    </w:p>
    <w:p>
      <w:pPr>
        <w:spacing w:after="80"/>
      </w:pPr>
      <w:r>
        <w:rPr>
          <w:b/>
          <w:sz w:val="24"/>
        </w:rPr>
        <w:t>1　亡くなった人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記入する内容</w:t>
            </w:r>
          </w:p>
        </w:tc>
        <w:tc>
          <w:tcPr>
            <w:tcW w:type="dxa" w:w="3024"/>
          </w:tcPr>
          <w:p>
            <w:r>
              <w:t>確かめる書類・メモ</w:t>
            </w:r>
          </w:p>
        </w:tc>
      </w:tr>
      <w:tr>
        <w:tc>
          <w:tcPr>
            <w:tcW w:type="dxa" w:w="3024"/>
          </w:tcPr>
          <w:p>
            <w:r>
              <w:t>氏名（戸籍の字）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戸籍・住民票</w:t>
            </w:r>
          </w:p>
        </w:tc>
      </w:tr>
      <w:tr>
        <w:tc>
          <w:tcPr>
            <w:tcW w:type="dxa" w:w="3024"/>
          </w:tcPr>
          <w:p>
            <w:r>
              <w:t>よみかた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生年月日（和暦）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住所（住民登録）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住民票</w:t>
            </w:r>
          </w:p>
        </w:tc>
      </w:tr>
      <w:tr>
        <w:tc>
          <w:tcPr>
            <w:tcW w:type="dxa" w:w="3024"/>
          </w:tcPr>
          <w:p>
            <w:r>
              <w:t>世帯主の氏名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住民票</w:t>
            </w:r>
          </w:p>
        </w:tc>
      </w:tr>
      <w:tr>
        <w:tc>
          <w:tcPr>
            <w:tcW w:type="dxa" w:w="3024"/>
          </w:tcPr>
          <w:p>
            <w:r>
              <w:t>本籍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本籍入りの住民票・戸籍</w:t>
            </w:r>
          </w:p>
        </w:tc>
      </w:tr>
      <w:tr>
        <w:tc>
          <w:tcPr>
            <w:tcW w:type="dxa" w:w="3024"/>
          </w:tcPr>
          <w:p>
            <w:r>
              <w:t>筆頭者の氏名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戸籍</w:t>
            </w:r>
          </w:p>
        </w:tc>
      </w:tr>
      <w:tr>
        <w:tc>
          <w:tcPr>
            <w:tcW w:type="dxa" w:w="3024"/>
          </w:tcPr>
          <w:p>
            <w:r>
              <w:t>配偶者の有無と年齢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いる（満　歳）／未婚・死別・離別</w:t>
            </w:r>
          </w:p>
        </w:tc>
      </w:tr>
      <w:tr>
        <w:tc>
          <w:tcPr>
            <w:tcW w:type="dxa" w:w="3024"/>
          </w:tcPr>
          <w:p>
            <w:r>
              <w:t>世帯のおもな仕事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農業／自営業／勤め（1〜99人・100人以上）など</w:t>
            </w:r>
          </w:p>
        </w:tc>
      </w:tr>
      <w:tr>
        <w:tc>
          <w:tcPr>
            <w:tcW w:type="dxa" w:w="3024"/>
          </w:tcPr>
          <w:p>
            <w:r>
              <w:t>職業・産業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国勢調査の年度だけ記入</w:t>
            </w:r>
          </w:p>
        </w:tc>
      </w:tr>
    </w:tbl>
    <w:p>
      <w:pPr>
        <w:spacing w:after="40"/>
      </w:pPr>
      <w:r>
        <w:rPr>
          <w:b w:val="0"/>
          <w:sz w:val="16"/>
        </w:rPr>
        <w:t>※死亡したとき・死亡したところは、死亡診断書（死体検案書）のとおりに書きます。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2　届出人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記入する内容</w:t>
            </w:r>
          </w:p>
        </w:tc>
        <w:tc>
          <w:tcPr>
            <w:tcW w:type="dxa" w:w="3024"/>
          </w:tcPr>
          <w:p>
            <w:r>
              <w:t>確かめる書類・メモ</w:t>
            </w:r>
          </w:p>
        </w:tc>
      </w:tr>
      <w:tr>
        <w:tc>
          <w:tcPr>
            <w:tcW w:type="dxa" w:w="3024"/>
          </w:tcPr>
          <w:p>
            <w:r>
              <w:t>届出人の氏名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署名は本人が自署</w:t>
            </w:r>
          </w:p>
        </w:tc>
      </w:tr>
      <w:tr>
        <w:tc>
          <w:tcPr>
            <w:tcW w:type="dxa" w:w="3024"/>
          </w:tcPr>
          <w:p>
            <w:r>
              <w:t>資格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同居の親族／同居していない親族／同居者／家主／後見人 など</w:t>
            </w:r>
          </w:p>
        </w:tc>
      </w:tr>
      <w:tr>
        <w:tc>
          <w:tcPr>
            <w:tcW w:type="dxa" w:w="3024"/>
          </w:tcPr>
          <w:p>
            <w:r>
              <w:t>住所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本籍・筆頭者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亡くなった人と違う場合は届出人自身の戸籍</w:t>
            </w:r>
          </w:p>
        </w:tc>
      </w:tr>
      <w:tr>
        <w:tc>
          <w:tcPr>
            <w:tcW w:type="dxa" w:w="3024"/>
          </w:tcPr>
          <w:p>
            <w:r>
              <w:t>生年月日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日中の電話番号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不備があると役所から連絡が来る</w:t>
            </w:r>
          </w:p>
        </w:tc>
      </w:tr>
      <w:tr>
        <w:tc>
          <w:tcPr>
            <w:tcW w:type="dxa" w:w="3024"/>
          </w:tcPr>
          <w:p>
            <w:r>
              <w:t>窓口に持っていく人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届出人本人／葬儀社など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3　葬儀・火葬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記入する内容</w:t>
            </w:r>
          </w:p>
        </w:tc>
        <w:tc>
          <w:tcPr>
            <w:tcW w:type="dxa" w:w="3024"/>
          </w:tcPr>
          <w:p>
            <w:r>
              <w:t>確かめる書類・メモ</w:t>
            </w:r>
          </w:p>
        </w:tc>
      </w:tr>
      <w:tr>
        <w:tc>
          <w:tcPr>
            <w:tcW w:type="dxa" w:w="3024"/>
          </w:tcPr>
          <w:p>
            <w:r>
              <w:t>葬儀社名・担当者・電話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葬儀の形式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家族葬・一日葬・直葬 など</w:t>
            </w:r>
          </w:p>
        </w:tc>
      </w:tr>
      <w:tr>
        <w:tc>
          <w:tcPr>
            <w:tcW w:type="dxa" w:w="3024"/>
          </w:tcPr>
          <w:p>
            <w:r>
              <w:t>火葬場の名前と日時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窓口で聞かれる</w:t>
            </w:r>
          </w:p>
        </w:tc>
      </w:tr>
      <w:tr>
        <w:tc>
          <w:tcPr>
            <w:tcW w:type="dxa" w:w="3024"/>
          </w:tcPr>
          <w:p>
            <w:r>
              <w:t>費用を払う人・払い方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故人の預金を使う場合は注意</w:t>
            </w:r>
          </w:p>
        </w:tc>
      </w:tr>
      <w:tr>
        <w:tc>
          <w:tcPr>
            <w:tcW w:type="dxa" w:w="3024"/>
          </w:tcPr>
          <w:p>
            <w:r>
              <w:t>納骨先</w:t>
            </w:r>
          </w:p>
        </w:tc>
        <w:tc>
          <w:tcPr>
            <w:tcW w:type="dxa" w:w="3024"/>
          </w:tcPr>
          <w:p/>
        </w:tc>
        <w:tc>
          <w:tcPr>
            <w:tcW w:type="dxa" w:w="3024"/>
          </w:tcPr>
          <w:p>
            <w:r>
              <w:t>火葬許可証（埋葬許可）が必要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  <w:sz w:val="24"/>
        </w:rPr>
        <w:t>4　亡くなってから7日間のチェックリスト</w:t>
      </w:r>
    </w:p>
    <w:p>
      <w:pPr>
        <w:spacing w:after="20"/>
      </w:pPr>
      <w:r>
        <w:rPr>
          <w:b w:val="0"/>
          <w:sz w:val="21"/>
        </w:rPr>
        <w:t>□ 死亡診断書（死体検案書）を受け取った</w:t>
      </w:r>
    </w:p>
    <w:p>
      <w:pPr>
        <w:spacing w:after="20"/>
      </w:pPr>
      <w:r>
        <w:rPr>
          <w:b w:val="0"/>
          <w:sz w:val="21"/>
        </w:rPr>
        <w:t>□ 左半分を記入し、届出人が署名した</w:t>
      </w:r>
    </w:p>
    <w:p>
      <w:pPr>
        <w:spacing w:after="20"/>
      </w:pPr>
      <w:r>
        <w:rPr>
          <w:b w:val="0"/>
          <w:sz w:val="21"/>
        </w:rPr>
        <w:t>□ 提出前に死亡診断書のコピーを数枚取った</w:t>
      </w:r>
    </w:p>
    <w:p>
      <w:pPr>
        <w:spacing w:after="20"/>
      </w:pPr>
      <w:r>
        <w:rPr>
          <w:b w:val="0"/>
          <w:sz w:val="21"/>
        </w:rPr>
        <w:t>□ 死亡を知った日から7日以内に提出した（期限：　月　日）</w:t>
      </w:r>
    </w:p>
    <w:p>
      <w:pPr>
        <w:spacing w:after="20"/>
      </w:pPr>
      <w:r>
        <w:rPr>
          <w:b w:val="0"/>
          <w:sz w:val="21"/>
        </w:rPr>
        <w:t>□ 火葬許可証を受け取った</w:t>
      </w:r>
    </w:p>
    <w:p>
      <w:pPr>
        <w:spacing w:after="20"/>
      </w:pPr>
      <w:r>
        <w:rPr>
          <w:b w:val="0"/>
          <w:sz w:val="21"/>
        </w:rPr>
        <w:t>□ 火葬後、証印のある許可証を納骨まで保管している</w:t>
      </w:r>
    </w:p>
    <w:p>
      <w:pPr>
        <w:spacing w:after="20"/>
      </w:pPr>
      <w:r>
        <w:rPr>
          <w:b w:val="0"/>
          <w:sz w:val="21"/>
        </w:rPr>
        <w:t>□ 本籍入りの住民票・戸籍の取り寄せ先を確認した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※届出の受付時間や必要書類は市区町村ごとに異なります。提出する市区町村の案内を確認してください。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