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【使い方】相続放棄申述受理証明書を郵送で申請するときの送付状と、同封物のチェックリストです。申請書そのものは、申請先の家庭裁判所の様式を使ってください。〔　〕を書き換え、使わないパターンは削除して印刷します。この【使い方】の段落も削除してください。</w:t>
      </w:r>
    </w:p>
    <w:p>
      <w:pPr>
        <w:spacing w:after="80"/>
      </w:pPr>
      <w:r>
        <w:rPr>
          <w:b/>
          <w:sz w:val="20"/>
        </w:rPr>
        <w:t>パターン1　放棄した本人が申請する場合</w:t>
      </w:r>
    </w:p>
    <w:p>
      <w:pPr>
        <w:spacing w:after="120"/>
        <w:jc w:val="right"/>
      </w:pPr>
      <w:r>
        <w:rPr>
          <w:b w:val="0"/>
        </w:rPr>
        <w:t>令和　　年　　月　　日</w:t>
      </w:r>
    </w:p>
    <w:p>
      <w:pPr>
        <w:spacing w:after="40"/>
      </w:pPr>
      <w:r>
        <w:rPr>
          <w:b w:val="0"/>
        </w:rPr>
        <w:t>〔　　　　〕家庭裁判所〔　　　〕支部　御中</w:t>
      </w:r>
    </w:p>
    <w:p>
      <w:pPr>
        <w:spacing w:after="160"/>
      </w:pPr>
      <w:r>
        <w:rPr>
          <w:b w:val="0"/>
        </w:rPr>
        <w:t>（家事訟廷記録係 ご担当者様）</w:t>
      </w:r>
    </w:p>
    <w:p>
      <w:pPr>
        <w:spacing w:after="20"/>
        <w:jc w:val="right"/>
      </w:pPr>
      <w:r>
        <w:rPr>
          <w:b w:val="0"/>
        </w:rPr>
        <w:t>住所　〔　　　　　　　　　　　　　　　　〕</w:t>
      </w:r>
    </w:p>
    <w:p>
      <w:pPr>
        <w:spacing w:after="20"/>
        <w:jc w:val="right"/>
      </w:pPr>
      <w:r>
        <w:rPr>
          <w:b w:val="0"/>
        </w:rPr>
        <w:t>氏名　〔　　　　　　　　　〕</w:t>
      </w:r>
    </w:p>
    <w:p>
      <w:pPr>
        <w:spacing w:after="200"/>
        <w:jc w:val="right"/>
      </w:pPr>
      <w:r>
        <w:rPr>
          <w:b w:val="0"/>
        </w:rPr>
        <w:t>電話（日中の連絡先）〔　　　　　　　　〕</w:t>
      </w:r>
    </w:p>
    <w:p>
      <w:pPr>
        <w:spacing w:after="160"/>
        <w:jc w:val="center"/>
      </w:pPr>
      <w:r>
        <w:rPr>
          <w:b/>
          <w:sz w:val="28"/>
        </w:rPr>
        <w:t>相続放棄申述受理証明書の交付申請について</w:t>
      </w:r>
    </w:p>
    <w:p>
      <w:pPr>
        <w:spacing w:after="40"/>
      </w:pPr>
      <w:r>
        <w:rPr>
          <w:b w:val="0"/>
          <w:sz w:val="21"/>
        </w:rPr>
        <w:t>拝啓　下記の相続放棄申述受理証明書の交付を申請いたしますので、必要書類を同封してお送りします。</w:t>
      </w:r>
    </w:p>
    <w:p>
      <w:pPr>
        <w:spacing w:after="40"/>
      </w:pPr>
      <w:r>
        <w:rPr>
          <w:b w:val="0"/>
          <w:sz w:val="21"/>
        </w:rPr>
        <w:t>証明書は、同封の返信用封筒でご返送くださいますようお願い申し上げます。　敬具</w:t>
      </w:r>
    </w:p>
    <w:p>
      <w:pPr>
        <w:spacing w:after="20"/>
      </w:pPr>
      <w:r>
        <w:rPr>
          <w:b w:val="0"/>
        </w:rPr>
        <w:t>事件番号　令和〔　〕年（家）第〔　　　　〕号</w:t>
      </w:r>
    </w:p>
    <w:p>
      <w:pPr>
        <w:spacing w:after="20"/>
      </w:pPr>
      <w:r>
        <w:rPr>
          <w:b w:val="0"/>
        </w:rPr>
        <w:t>被相続人　〔氏名〕（最後の住所：〔　　　　　　　　〕）</w:t>
      </w:r>
    </w:p>
    <w:p>
      <w:pPr>
        <w:spacing w:after="20"/>
      </w:pPr>
      <w:r>
        <w:rPr>
          <w:b w:val="0"/>
        </w:rPr>
        <w:t>申述人　　〔氏名〕　　申請通数　〔　〕通</w:t>
      </w:r>
    </w:p>
    <w:p>
      <w:pPr>
        <w:spacing w:after="200"/>
      </w:pPr>
      <w:r>
        <w:rPr>
          <w:b w:val="0"/>
        </w:rPr>
        <w:t>同封物　別紙チェックリストのとおり</w:t>
      </w:r>
    </w:p>
    <w:p>
      <w:pPr>
        <w:spacing w:after="280"/>
        <w:jc w:val="right"/>
      </w:pPr>
      <w:r>
        <w:rPr>
          <w:b w:val="0"/>
        </w:rPr>
        <w:t>以上</w:t>
      </w:r>
    </w:p>
    <w:p>
      <w:r>
        <w:br w:type="page"/>
      </w:r>
    </w:p>
    <w:p>
      <w:pPr>
        <w:spacing w:after="80"/>
      </w:pPr>
      <w:r>
        <w:rPr>
          <w:b/>
          <w:sz w:val="20"/>
        </w:rPr>
        <w:t>パターン2　他の相続人・債権者など（利害関係人）が申請する場合</w:t>
      </w:r>
    </w:p>
    <w:p>
      <w:pPr>
        <w:spacing w:after="120"/>
        <w:jc w:val="right"/>
      </w:pPr>
      <w:r>
        <w:rPr>
          <w:b w:val="0"/>
        </w:rPr>
        <w:t>令和　　年　　月　　日</w:t>
      </w:r>
    </w:p>
    <w:p>
      <w:pPr>
        <w:spacing w:after="40"/>
      </w:pPr>
      <w:r>
        <w:rPr>
          <w:b w:val="0"/>
        </w:rPr>
        <w:t>〔　　　　〕家庭裁判所〔　　　〕支部　御中</w:t>
      </w:r>
    </w:p>
    <w:p>
      <w:pPr>
        <w:spacing w:after="160"/>
      </w:pPr>
      <w:r>
        <w:rPr>
          <w:b w:val="0"/>
        </w:rPr>
        <w:t>（家事訟廷記録係 ご担当者様）</w:t>
      </w:r>
    </w:p>
    <w:p>
      <w:pPr>
        <w:spacing w:after="20"/>
        <w:jc w:val="right"/>
      </w:pPr>
      <w:r>
        <w:rPr>
          <w:b w:val="0"/>
        </w:rPr>
        <w:t>住所　〔　　　　　　　　　　　　　　　　〕</w:t>
      </w:r>
    </w:p>
    <w:p>
      <w:pPr>
        <w:spacing w:after="20"/>
        <w:jc w:val="right"/>
      </w:pPr>
      <w:r>
        <w:rPr>
          <w:b w:val="0"/>
        </w:rPr>
        <w:t>氏名　〔　　　　　　　　　〕</w:t>
      </w:r>
    </w:p>
    <w:p>
      <w:pPr>
        <w:spacing w:after="200"/>
        <w:jc w:val="right"/>
      </w:pPr>
      <w:r>
        <w:rPr>
          <w:b w:val="0"/>
        </w:rPr>
        <w:t>電話（日中の連絡先）〔　　　　　　　　〕</w:t>
      </w:r>
    </w:p>
    <w:p>
      <w:pPr>
        <w:spacing w:after="160"/>
        <w:jc w:val="center"/>
      </w:pPr>
      <w:r>
        <w:rPr>
          <w:b/>
          <w:sz w:val="28"/>
        </w:rPr>
        <w:t>相続放棄申述受理証明書の交付申請について</w:t>
      </w:r>
    </w:p>
    <w:p>
      <w:pPr>
        <w:spacing w:after="40"/>
      </w:pPr>
      <w:r>
        <w:rPr>
          <w:b w:val="0"/>
          <w:sz w:val="21"/>
        </w:rPr>
        <w:t>拝啓　下記の相続放棄申述受理証明書の交付を、利害関係人として申請いたします。</w:t>
      </w:r>
    </w:p>
    <w:p>
      <w:pPr>
        <w:spacing w:after="40"/>
      </w:pPr>
      <w:r>
        <w:rPr>
          <w:b w:val="0"/>
          <w:sz w:val="21"/>
        </w:rPr>
        <w:t>申請者と被相続人との関係は〔相続人（被相続人の〇〇）／債権者〕であり、これを示す資料を同封いたします。</w:t>
      </w:r>
    </w:p>
    <w:p>
      <w:pPr>
        <w:spacing w:after="40"/>
      </w:pPr>
      <w:r>
        <w:rPr>
          <w:b w:val="0"/>
          <w:sz w:val="21"/>
        </w:rPr>
        <w:t>証明書は、同封の返信用封筒でご返送くださいますようお願い申し上げます。　敬具</w:t>
      </w:r>
    </w:p>
    <w:p>
      <w:pPr>
        <w:spacing w:after="20"/>
      </w:pPr>
      <w:r>
        <w:rPr>
          <w:b w:val="0"/>
        </w:rPr>
        <w:t>事件番号　令和〔　〕年（家）第〔　　　　〕号</w:t>
      </w:r>
    </w:p>
    <w:p>
      <w:pPr>
        <w:spacing w:after="20"/>
      </w:pPr>
      <w:r>
        <w:rPr>
          <w:b w:val="0"/>
        </w:rPr>
        <w:t>被相続人　〔氏名〕（最後の住所：〔　　　　　　　　〕）</w:t>
      </w:r>
    </w:p>
    <w:p>
      <w:pPr>
        <w:spacing w:after="20"/>
      </w:pPr>
      <w:r>
        <w:rPr>
          <w:b w:val="0"/>
        </w:rPr>
        <w:t>申述人　　〔氏名〕　　申請通数　〔　〕通</w:t>
      </w:r>
    </w:p>
    <w:p>
      <w:pPr>
        <w:spacing w:after="200"/>
      </w:pPr>
      <w:r>
        <w:rPr>
          <w:b w:val="0"/>
        </w:rPr>
        <w:t>同封物　別紙チェックリストのとおり</w:t>
      </w:r>
    </w:p>
    <w:p>
      <w:pPr>
        <w:spacing w:after="280"/>
        <w:jc w:val="right"/>
      </w:pPr>
      <w:r>
        <w:rPr>
          <w:b w:val="0"/>
        </w:rPr>
        <w:t>以上</w:t>
      </w:r>
    </w:p>
    <w:p>
      <w:r>
        <w:br w:type="page"/>
      </w:r>
    </w:p>
    <w:p>
      <w:pPr>
        <w:spacing w:after="160"/>
      </w:pPr>
      <w:r>
        <w:rPr>
          <w:b/>
          <w:sz w:val="28"/>
        </w:rPr>
        <w:t>別紙　同封物チェックリスト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確認</w:t>
            </w:r>
          </w:p>
        </w:tc>
        <w:tc>
          <w:tcPr>
            <w:tcW w:type="dxa" w:w="3024"/>
          </w:tcPr>
          <w:p>
            <w:r>
              <w:t>同封するもの</w:t>
            </w:r>
          </w:p>
        </w:tc>
        <w:tc>
          <w:tcPr>
            <w:tcW w:type="dxa" w:w="3024"/>
          </w:tcPr>
          <w:p>
            <w:r>
              <w:t>メモ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申請書（本人用／利害関係人用）</w:t>
            </w:r>
          </w:p>
        </w:tc>
        <w:tc>
          <w:tcPr>
            <w:tcW w:type="dxa" w:w="3024"/>
          </w:tcPr>
          <w:p>
            <w:r>
              <w:t>申請先の家庭裁判所の様式。押印欄を確認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収入印紙</w:t>
            </w:r>
          </w:p>
        </w:tc>
        <w:tc>
          <w:tcPr>
            <w:tcW w:type="dxa" w:w="3024"/>
          </w:tcPr>
          <w:p>
            <w:r>
              <w:t>150円 × 申述人〔　〕人 × 〔　〕通 ＝〔　　　〕円。貼るだけで消印しない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受理通知書のコピー（本人）</w:t>
            </w:r>
          </w:p>
        </w:tc>
        <w:tc>
          <w:tcPr>
            <w:tcW w:type="dxa" w:w="3024"/>
          </w:tcPr>
          <w:p>
            <w:r>
              <w:t>窓口では原本を持参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利害関係を示す資料（利害関係人）</w:t>
            </w:r>
          </w:p>
        </w:tc>
        <w:tc>
          <w:tcPr>
            <w:tcW w:type="dxa" w:w="3024"/>
          </w:tcPr>
          <w:p>
            <w:r>
              <w:t>相続人＝つながりがわかる戸籍謄本／債権者＝契約書のコピーなど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有無の照会の回答書のコピー</w:t>
            </w:r>
          </w:p>
        </w:tc>
        <w:tc>
          <w:tcPr>
            <w:tcW w:type="dxa" w:w="3024"/>
          </w:tcPr>
          <w:p>
            <w:r>
              <w:t>照会をした場合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本人確認書類のコピー・住民票</w:t>
            </w:r>
          </w:p>
        </w:tc>
        <w:tc>
          <w:tcPr>
            <w:tcW w:type="dxa" w:w="3024"/>
          </w:tcPr>
          <w:p>
            <w:r>
              <w:t>会社は資格証明書（代表者事項証明書など）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氏名・住所が変わった場合の資料</w:t>
            </w:r>
          </w:p>
        </w:tc>
        <w:tc>
          <w:tcPr>
            <w:tcW w:type="dxa" w:w="3024"/>
          </w:tcPr>
          <w:p>
            <w:r>
              <w:t>戸籍謄本・戸籍の附票など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返信用封筒</w:t>
            </w:r>
          </w:p>
        </w:tc>
        <w:tc>
          <w:tcPr>
            <w:tcW w:type="dxa" w:w="3024"/>
          </w:tcPr>
          <w:p>
            <w:r>
              <w:t>宛先を記入</w:t>
            </w:r>
          </w:p>
        </w:tc>
      </w:tr>
      <w:tr>
        <w:tc>
          <w:tcPr>
            <w:tcW w:type="dxa" w:w="3024"/>
          </w:tcPr>
          <w:p>
            <w:r>
              <w:t>□</w:t>
            </w:r>
          </w:p>
        </w:tc>
        <w:tc>
          <w:tcPr>
            <w:tcW w:type="dxa" w:w="3024"/>
          </w:tcPr>
          <w:p>
            <w:r>
              <w:t>返信用切手</w:t>
            </w:r>
          </w:p>
        </w:tc>
        <w:tc>
          <w:tcPr>
            <w:tcW w:type="dxa" w:w="3024"/>
          </w:tcPr>
          <w:p>
            <w:r>
              <w:t>〔　　〕円分。最新の額を申請先に確認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2"/>
        </w:rPr>
        <w:t>提出先メモ（受理証明書か、受理通知書のコピーで足りるか）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提出先</w:t>
            </w:r>
          </w:p>
        </w:tc>
        <w:tc>
          <w:tcPr>
            <w:tcW w:type="dxa" w:w="3024"/>
          </w:tcPr>
          <w:p>
            <w:r>
              <w:t>求められた書類</w:t>
            </w:r>
          </w:p>
        </w:tc>
        <w:tc>
          <w:tcPr>
            <w:tcW w:type="dxa" w:w="3024"/>
          </w:tcPr>
          <w:p>
            <w:r>
              <w:t>通数</w:t>
            </w:r>
          </w:p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/>
        </w:tc>
        <w:tc>
          <w:tcPr>
            <w:tcW w:type="dxa" w:w="3024"/>
          </w:tcPr>
          <w:p/>
        </w:tc>
        <w:tc>
          <w:tcPr>
            <w:tcW w:type="dxa" w:w="302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※必要書類や返信用切手の額は家庭裁判所ごとに異なります。申請先の家庭裁判所の案内を確認してください。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