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sz w:val="20"/>
        </w:rPr>
        <w:t>【パターン1】戸籍謄本・住民票の除票などを代理人が請求するとき（市区町村あて）</w:t>
      </w:r>
    </w:p>
    <w:p>
      <w:pPr>
        <w:spacing w:after="200"/>
      </w:pPr>
      <w:r>
        <w:rPr>
          <w:b w:val="0"/>
          <w:sz w:val="18"/>
        </w:rPr>
        <w:t>【使い方】〇〇の部分を書き換えてください。委任する人（委任者）が、自分で住所・氏名を書きます。頼む内容は具体的に書き、空欄のまま渡さないでください。提出先に所定の様式がある場合は、そちらを使ってください。印刷する前に、先頭の【パターン】の見出しとこの【使い方】の段落を削除してください。</w:t>
      </w:r>
    </w:p>
    <w:p>
      <w:pPr>
        <w:spacing w:after="280"/>
        <w:jc w:val="center"/>
      </w:pPr>
      <w:r>
        <w:rPr>
          <w:b/>
          <w:sz w:val="36"/>
        </w:rPr>
        <w:t>委　任　状</w:t>
      </w:r>
    </w:p>
    <w:p>
      <w:pPr>
        <w:spacing w:after="0"/>
      </w:pPr>
      <w:r>
        <w:rPr>
          <w:b w:val="0"/>
        </w:rPr>
        <w:t>（代理人）</w:t>
      </w:r>
    </w:p>
    <w:p>
      <w:pPr>
        <w:spacing w:after="0"/>
      </w:pPr>
      <w:r>
        <w:rPr>
          <w:b w:val="0"/>
        </w:rPr>
        <w:t xml:space="preserve">　住　所　〇〇県〇〇市〇〇町〇丁目〇番〇号</w:t>
      </w:r>
    </w:p>
    <w:p>
      <w:pPr>
        <w:spacing w:after="0"/>
      </w:pPr>
      <w:r>
        <w:rPr>
          <w:b w:val="0"/>
        </w:rPr>
        <w:t xml:space="preserve">　氏　名　〇〇　〇〇</w:t>
      </w:r>
    </w:p>
    <w:p>
      <w:pPr>
        <w:spacing w:after="200"/>
      </w:pPr>
      <w:r>
        <w:rPr>
          <w:b w:val="0"/>
        </w:rPr>
        <w:t xml:space="preserve">　生年月日　昭和〇年〇月〇日</w:t>
      </w:r>
    </w:p>
    <w:p>
      <w:pPr>
        <w:spacing w:after="160"/>
      </w:pPr>
      <w:r>
        <w:rPr>
          <w:b w:val="0"/>
        </w:rPr>
        <w:t>私は、上記の者を代理人と定め、次の権限を委任します。</w:t>
      </w:r>
    </w:p>
    <w:p>
      <w:pPr>
        <w:spacing w:after="0"/>
      </w:pPr>
      <w:r>
        <w:rPr>
          <w:b w:val="0"/>
        </w:rPr>
        <w:t>１　次の者に関する戸籍全部事項証明書（戸籍謄本）、除籍謄本、改製原戸籍謄本、戸籍の附票の写し、住民票の除票の写しの交付請求及び受領に関する一切の件</w:t>
      </w:r>
    </w:p>
    <w:p>
      <w:pPr>
        <w:spacing w:after="0"/>
      </w:pPr>
      <w:r>
        <w:rPr>
          <w:b w:val="0"/>
        </w:rPr>
        <w:t xml:space="preserve">　　本　　籍　〇〇県〇〇市〇〇町〇丁目〇番地</w:t>
      </w:r>
    </w:p>
    <w:p>
      <w:pPr>
        <w:spacing w:after="0"/>
      </w:pPr>
      <w:r>
        <w:rPr>
          <w:b w:val="0"/>
        </w:rPr>
        <w:t xml:space="preserve">　　筆頭者　　〇〇　〇〇</w:t>
      </w:r>
    </w:p>
    <w:p>
      <w:pPr>
        <w:spacing w:after="0"/>
      </w:pPr>
      <w:r>
        <w:rPr>
          <w:b w:val="0"/>
        </w:rPr>
        <w:t xml:space="preserve">　　対象者　　〇〇　〇〇（令和〇年〇月〇日死亡）</w:t>
      </w:r>
    </w:p>
    <w:p>
      <w:pPr>
        <w:spacing w:after="0"/>
      </w:pPr>
      <w:r>
        <w:rPr>
          <w:b w:val="0"/>
        </w:rPr>
        <w:t>２　使用目的　　相続手続きのため（提出先：法務局・金融機関）</w:t>
      </w:r>
    </w:p>
    <w:p>
      <w:pPr>
        <w:spacing w:after="240"/>
      </w:pPr>
      <w:r>
        <w:rPr>
          <w:b w:val="0"/>
        </w:rPr>
        <w:t>３　必要な通数　各〇通</w:t>
      </w:r>
    </w:p>
    <w:p>
      <w:pPr>
        <w:spacing w:after="200"/>
      </w:pPr>
      <w:r>
        <w:rPr>
          <w:b w:val="0"/>
        </w:rPr>
        <w:t>令和〇年〇月〇日</w:t>
      </w:r>
    </w:p>
    <w:p>
      <w:pPr>
        <w:spacing w:after="0"/>
      </w:pPr>
      <w:r>
        <w:rPr>
          <w:b w:val="0"/>
        </w:rPr>
        <w:t>（委任者）</w:t>
      </w:r>
    </w:p>
    <w:p>
      <w:pPr>
        <w:spacing w:after="0"/>
      </w:pPr>
      <w:r>
        <w:rPr>
          <w:b w:val="0"/>
        </w:rPr>
        <w:t xml:space="preserve">　住　所　〇〇県〇〇市〇〇町〇丁目〇番〇号</w:t>
      </w:r>
    </w:p>
    <w:p>
      <w:pPr>
        <w:spacing w:after="0"/>
      </w:pPr>
      <w:r>
        <w:rPr>
          <w:b w:val="0"/>
        </w:rPr>
        <w:t xml:space="preserve">　氏　名　〇〇　〇〇　　　　　　　</w:t>
      </w:r>
    </w:p>
    <w:p>
      <w:pPr>
        <w:spacing w:after="0"/>
      </w:pPr>
      <w:r>
        <w:rPr>
          <w:b w:val="0"/>
        </w:rPr>
        <w:t xml:space="preserve">　生年月日　昭和〇年〇月〇日</w:t>
      </w:r>
    </w:p>
    <w:p>
      <w:pPr>
        <w:spacing w:after="120"/>
      </w:pPr>
      <w:r>
        <w:rPr>
          <w:b w:val="0"/>
        </w:rPr>
        <w:t xml:space="preserve">　電話番号　〇〇〇－〇〇〇〇－〇〇〇〇</w:t>
      </w:r>
    </w:p>
    <w:p>
      <w:pPr>
        <w:spacing w:after="120"/>
      </w:pPr>
      <w:r>
        <w:rPr>
          <w:b w:val="0"/>
          <w:sz w:val="16"/>
        </w:rPr>
        <w:t>※戸籍の請求の委任状は、委任者本人が署名します。押印が必要かどうかは市区町村によって違います。</w:t>
      </w:r>
    </w:p>
    <w:p>
      <w:r>
        <w:br w:type="page"/>
      </w:r>
    </w:p>
    <w:p>
      <w:pPr>
        <w:spacing w:after="80"/>
      </w:pPr>
      <w:r>
        <w:rPr>
          <w:b/>
          <w:sz w:val="20"/>
        </w:rPr>
        <w:t>【パターン2】固定資産評価証明書・名寄帳を代理人が請求するとき（市区町村・都税事務所あて）</w:t>
      </w:r>
    </w:p>
    <w:p>
      <w:pPr>
        <w:spacing w:after="200"/>
      </w:pPr>
      <w:r>
        <w:rPr>
          <w:b w:val="0"/>
          <w:sz w:val="18"/>
        </w:rPr>
        <w:t>【使い方】〇〇の部分を書き換えてください。委任する人（委任者）が、自分で住所・氏名を書きます。頼む内容は具体的に書き、空欄のまま渡さないでください。提出先に所定の様式がある場合は、そちらを使ってください。印刷する前に、先頭の【パターン】の見出しとこの【使い方】の段落を削除してください。</w:t>
      </w:r>
    </w:p>
    <w:p>
      <w:pPr>
        <w:spacing w:after="280"/>
        <w:jc w:val="center"/>
      </w:pPr>
      <w:r>
        <w:rPr>
          <w:b/>
          <w:sz w:val="36"/>
        </w:rPr>
        <w:t>委　任　状</w:t>
      </w:r>
    </w:p>
    <w:p>
      <w:pPr>
        <w:spacing w:after="0"/>
      </w:pPr>
      <w:r>
        <w:rPr>
          <w:b w:val="0"/>
        </w:rPr>
        <w:t>（代理人）</w:t>
      </w:r>
    </w:p>
    <w:p>
      <w:pPr>
        <w:spacing w:after="0"/>
      </w:pPr>
      <w:r>
        <w:rPr>
          <w:b w:val="0"/>
        </w:rPr>
        <w:t xml:space="preserve">　住　所　〇〇県〇〇市〇〇町〇丁目〇番〇号</w:t>
      </w:r>
    </w:p>
    <w:p>
      <w:pPr>
        <w:spacing w:after="0"/>
      </w:pPr>
      <w:r>
        <w:rPr>
          <w:b w:val="0"/>
        </w:rPr>
        <w:t xml:space="preserve">　氏　名　〇〇　〇〇</w:t>
      </w:r>
    </w:p>
    <w:p>
      <w:pPr>
        <w:spacing w:after="200"/>
      </w:pPr>
      <w:r>
        <w:rPr>
          <w:b w:val="0"/>
        </w:rPr>
        <w:t xml:space="preserve">　生年月日　昭和〇年〇月〇日</w:t>
      </w:r>
    </w:p>
    <w:p>
      <w:pPr>
        <w:spacing w:after="160"/>
      </w:pPr>
      <w:r>
        <w:rPr>
          <w:b w:val="0"/>
        </w:rPr>
        <w:t>私は、上記の者を代理人と定め、次の権限を委任します。</w:t>
      </w:r>
    </w:p>
    <w:p>
      <w:pPr>
        <w:spacing w:after="0"/>
      </w:pPr>
      <w:r>
        <w:rPr>
          <w:b w:val="0"/>
        </w:rPr>
        <w:t>１　次の者が所有していた固定資産に関する固定資産評価証明書、固定資産課税台帳（名寄帳）の写しの交付申請及び受領に関する一切の件</w:t>
      </w:r>
    </w:p>
    <w:p>
      <w:pPr>
        <w:spacing w:after="0"/>
      </w:pPr>
      <w:r>
        <w:rPr>
          <w:b w:val="0"/>
        </w:rPr>
        <w:t xml:space="preserve">　　所有者（被相続人）　〇〇　〇〇（令和〇年〇月〇日死亡）</w:t>
      </w:r>
    </w:p>
    <w:p>
      <w:pPr>
        <w:spacing w:after="0"/>
      </w:pPr>
      <w:r>
        <w:rPr>
          <w:b w:val="0"/>
        </w:rPr>
        <w:t xml:space="preserve">　　最後の住所　　　　　〇〇県〇〇市〇〇町〇丁目〇番〇号</w:t>
      </w:r>
    </w:p>
    <w:p>
      <w:pPr>
        <w:spacing w:after="0"/>
      </w:pPr>
      <w:r>
        <w:rPr>
          <w:b w:val="0"/>
        </w:rPr>
        <w:t xml:space="preserve">　　物件の所在　　　　　〇〇市〇〇町〇丁目〇番（土地・家屋）</w:t>
      </w:r>
    </w:p>
    <w:p>
      <w:pPr>
        <w:spacing w:after="0"/>
      </w:pPr>
      <w:r>
        <w:rPr>
          <w:b w:val="0"/>
        </w:rPr>
        <w:t>２　年度　　令和〇年度</w:t>
      </w:r>
    </w:p>
    <w:p>
      <w:pPr>
        <w:spacing w:after="240"/>
      </w:pPr>
      <w:r>
        <w:rPr>
          <w:b w:val="0"/>
        </w:rPr>
        <w:t>３　使用目的　　相続登記・相続税の申告のため</w:t>
      </w:r>
    </w:p>
    <w:p>
      <w:pPr>
        <w:spacing w:after="200"/>
      </w:pPr>
      <w:r>
        <w:rPr>
          <w:b w:val="0"/>
        </w:rPr>
        <w:t>令和〇年〇月〇日</w:t>
      </w:r>
    </w:p>
    <w:p>
      <w:pPr>
        <w:spacing w:after="0"/>
      </w:pPr>
      <w:r>
        <w:rPr>
          <w:b w:val="0"/>
        </w:rPr>
        <w:t>（委任者）</w:t>
      </w:r>
    </w:p>
    <w:p>
      <w:pPr>
        <w:spacing w:after="0"/>
      </w:pPr>
      <w:r>
        <w:rPr>
          <w:b w:val="0"/>
        </w:rPr>
        <w:t xml:space="preserve">　住　所　〇〇県〇〇市〇〇町〇丁目〇番〇号</w:t>
      </w:r>
    </w:p>
    <w:p>
      <w:pPr>
        <w:spacing w:after="0"/>
      </w:pPr>
      <w:r>
        <w:rPr>
          <w:b w:val="0"/>
        </w:rPr>
        <w:t xml:space="preserve">　氏　名　〇〇　〇〇　　　　　　　印</w:t>
      </w:r>
    </w:p>
    <w:p>
      <w:pPr>
        <w:spacing w:after="0"/>
      </w:pPr>
      <w:r>
        <w:rPr>
          <w:b w:val="0"/>
        </w:rPr>
        <w:t xml:space="preserve">　生年月日　昭和〇年〇月〇日</w:t>
      </w:r>
    </w:p>
    <w:p>
      <w:pPr>
        <w:spacing w:after="120"/>
      </w:pPr>
      <w:r>
        <w:rPr>
          <w:b w:val="0"/>
        </w:rPr>
        <w:t xml:space="preserve">　電話番号　〇〇〇－〇〇〇〇－〇〇〇〇</w:t>
      </w:r>
    </w:p>
    <w:p>
      <w:pPr>
        <w:spacing w:after="120"/>
      </w:pPr>
      <w:r>
        <w:rPr>
          <w:b w:val="0"/>
          <w:sz w:val="16"/>
        </w:rPr>
        <w:t>※委任者が相続人であることがわかる戸籍の写しを、あわせて求められるのが一般的です。</w:t>
      </w:r>
    </w:p>
    <w:p>
      <w:r>
        <w:br w:type="page"/>
      </w:r>
    </w:p>
    <w:p>
      <w:pPr>
        <w:spacing w:after="80"/>
      </w:pPr>
      <w:r>
        <w:rPr>
          <w:b/>
          <w:sz w:val="20"/>
        </w:rPr>
        <w:t>【パターン3】相続登記を親族などの代理人が申請するとき（法務局あて・法務局の記載例に沿った形）</w:t>
      </w:r>
    </w:p>
    <w:p>
      <w:pPr>
        <w:spacing w:after="200"/>
      </w:pPr>
      <w:r>
        <w:rPr>
          <w:b w:val="0"/>
          <w:sz w:val="18"/>
        </w:rPr>
        <w:t>【使い方】〇〇の部分を書き換えてください。委任する人（委任者）が、自分で住所・氏名を書きます。頼む内容は具体的に書き、空欄のまま渡さないでください。提出先に所定の様式がある場合は、そちらを使ってください。印刷する前に、先頭の【パターン】の見出しとこの【使い方】の段落を削除してください。</w:t>
      </w:r>
    </w:p>
    <w:p>
      <w:pPr>
        <w:spacing w:after="280"/>
        <w:jc w:val="center"/>
      </w:pPr>
      <w:r>
        <w:rPr>
          <w:b/>
          <w:sz w:val="36"/>
        </w:rPr>
        <w:t>委　任　状</w:t>
      </w:r>
    </w:p>
    <w:p>
      <w:pPr>
        <w:spacing w:after="0"/>
      </w:pPr>
      <w:r>
        <w:rPr>
          <w:b w:val="0"/>
        </w:rPr>
        <w:t xml:space="preserve">　〇〇県〇〇市〇〇町〇丁目〇番〇号</w:t>
      </w:r>
    </w:p>
    <w:p>
      <w:pPr>
        <w:spacing w:after="200"/>
      </w:pPr>
      <w:r>
        <w:rPr>
          <w:b w:val="0"/>
        </w:rPr>
        <w:t xml:space="preserve">　　　　〇〇　〇〇</w:t>
      </w:r>
    </w:p>
    <w:p>
      <w:pPr>
        <w:spacing w:after="160"/>
      </w:pPr>
      <w:r>
        <w:rPr>
          <w:b w:val="0"/>
        </w:rPr>
        <w:t>私は、上記の者を代理人と定め、下記登記申請に関する一切の権限を委任します。</w:t>
      </w:r>
    </w:p>
    <w:p>
      <w:pPr>
        <w:spacing w:after="160"/>
        <w:jc w:val="center"/>
      </w:pPr>
      <w:r>
        <w:rPr>
          <w:b w:val="0"/>
        </w:rPr>
        <w:t>記</w:t>
      </w:r>
    </w:p>
    <w:p>
      <w:pPr>
        <w:spacing w:after="0"/>
      </w:pPr>
      <w:r>
        <w:rPr>
          <w:b w:val="0"/>
        </w:rPr>
        <w:t>１　物件の表示　　後記のとおり</w:t>
      </w:r>
    </w:p>
    <w:p>
      <w:pPr>
        <w:spacing w:after="0"/>
      </w:pPr>
      <w:r>
        <w:rPr>
          <w:b w:val="0"/>
        </w:rPr>
        <w:t>２　登記の目的　　所有権移転の登記</w:t>
      </w:r>
    </w:p>
    <w:p>
      <w:pPr>
        <w:spacing w:after="0"/>
      </w:pPr>
      <w:r>
        <w:rPr>
          <w:b w:val="0"/>
        </w:rPr>
        <w:t>３　登記原因及びその日付　　令和〇年〇月〇日相続</w:t>
      </w:r>
    </w:p>
    <w:p>
      <w:pPr>
        <w:spacing w:after="0"/>
      </w:pPr>
      <w:r>
        <w:rPr>
          <w:b w:val="0"/>
        </w:rPr>
        <w:t>４　相続人　（被相続人　〇〇　〇〇）</w:t>
      </w:r>
    </w:p>
    <w:p>
      <w:pPr>
        <w:spacing w:after="0"/>
      </w:pPr>
      <w:r>
        <w:rPr>
          <w:b w:val="0"/>
        </w:rPr>
        <w:t xml:space="preserve">　　　〇〇県〇〇市〇〇町〇丁目〇番〇号</w:t>
      </w:r>
    </w:p>
    <w:p>
      <w:pPr>
        <w:spacing w:after="0"/>
      </w:pPr>
      <w:r>
        <w:rPr>
          <w:b w:val="0"/>
        </w:rPr>
        <w:t xml:space="preserve">　　　〇〇　〇〇</w:t>
      </w:r>
    </w:p>
    <w:p>
      <w:pPr>
        <w:spacing w:after="0"/>
      </w:pPr>
      <w:r>
        <w:rPr>
          <w:b w:val="0"/>
        </w:rPr>
        <w:t>５　登記識別情報の通知書の受領に関する件</w:t>
      </w:r>
    </w:p>
    <w:p>
      <w:pPr>
        <w:spacing w:after="240"/>
      </w:pPr>
      <w:r>
        <w:rPr>
          <w:b w:val="0"/>
        </w:rPr>
        <w:t>６　登記完了証及び原本還付書類の受領に関する件</w:t>
      </w:r>
    </w:p>
    <w:p>
      <w:pPr>
        <w:spacing w:after="160"/>
      </w:pPr>
      <w:r>
        <w:rPr>
          <w:b w:val="0"/>
        </w:rPr>
        <w:t>令和〇年〇月〇日</w:t>
      </w:r>
    </w:p>
    <w:p>
      <w:pPr>
        <w:spacing w:after="0"/>
      </w:pPr>
      <w:r>
        <w:rPr>
          <w:b w:val="0"/>
        </w:rPr>
        <w:t xml:space="preserve">　〇〇県〇〇市〇〇町〇丁目〇番〇号</w:t>
      </w:r>
    </w:p>
    <w:p>
      <w:pPr>
        <w:spacing w:after="240"/>
      </w:pPr>
      <w:r>
        <w:rPr>
          <w:b w:val="0"/>
        </w:rPr>
        <w:t xml:space="preserve">　　　　〇〇　〇〇　　　　　　　印</w:t>
      </w:r>
    </w:p>
    <w:p>
      <w:pPr>
        <w:spacing w:after="0"/>
      </w:pPr>
      <w:r>
        <w:rPr>
          <w:b w:val="0"/>
        </w:rPr>
        <w:t>不動産の表示</w:t>
      </w:r>
    </w:p>
    <w:p>
      <w:pPr>
        <w:spacing w:after="0"/>
      </w:pPr>
      <w:r>
        <w:rPr>
          <w:b w:val="0"/>
        </w:rPr>
        <w:t xml:space="preserve">　所　　在　〇〇市〇〇町〇丁目</w:t>
      </w:r>
    </w:p>
    <w:p>
      <w:pPr>
        <w:spacing w:after="0"/>
      </w:pPr>
      <w:r>
        <w:rPr>
          <w:b w:val="0"/>
        </w:rPr>
        <w:t xml:space="preserve">　地　　番　〇番〇</w:t>
      </w:r>
    </w:p>
    <w:p>
      <w:pPr>
        <w:spacing w:after="0"/>
      </w:pPr>
      <w:r>
        <w:rPr>
          <w:b w:val="0"/>
        </w:rPr>
        <w:t xml:space="preserve">　地　　目　宅地</w:t>
      </w:r>
    </w:p>
    <w:p>
      <w:pPr>
        <w:spacing w:after="0"/>
      </w:pPr>
      <w:r>
        <w:rPr>
          <w:b w:val="0"/>
        </w:rPr>
        <w:t xml:space="preserve">　地　　積　〇〇〇．〇〇平方メートル</w:t>
      </w:r>
    </w:p>
    <w:p>
      <w:pPr>
        <w:spacing w:after="0"/>
      </w:pPr>
      <w:r>
        <w:rPr>
          <w:b w:val="0"/>
        </w:rPr>
      </w:r>
    </w:p>
    <w:p>
      <w:pPr>
        <w:spacing w:after="0"/>
      </w:pPr>
      <w:r>
        <w:rPr>
          <w:b w:val="0"/>
        </w:rPr>
        <w:t xml:space="preserve">　所　　在　〇〇市〇〇町〇丁目〇番地〇</w:t>
      </w:r>
    </w:p>
    <w:p>
      <w:pPr>
        <w:spacing w:after="0"/>
      </w:pPr>
      <w:r>
        <w:rPr>
          <w:b w:val="0"/>
        </w:rPr>
        <w:t xml:space="preserve">　家屋番号　〇番〇</w:t>
      </w:r>
    </w:p>
    <w:p>
      <w:pPr>
        <w:spacing w:after="0"/>
      </w:pPr>
      <w:r>
        <w:rPr>
          <w:b w:val="0"/>
        </w:rPr>
        <w:t xml:space="preserve">　種　　類　居宅</w:t>
      </w:r>
    </w:p>
    <w:p>
      <w:pPr>
        <w:spacing w:after="0"/>
      </w:pPr>
      <w:r>
        <w:rPr>
          <w:b w:val="0"/>
        </w:rPr>
        <w:t xml:space="preserve">　構　　造　木造瓦葺２階建</w:t>
      </w:r>
    </w:p>
    <w:p>
      <w:pPr>
        <w:spacing w:after="0"/>
      </w:pPr>
      <w:r>
        <w:rPr>
          <w:b w:val="0"/>
        </w:rPr>
        <w:t xml:space="preserve">　床 面 積　１階　〇〇．〇〇平方メートル</w:t>
      </w:r>
    </w:p>
    <w:p>
      <w:pPr>
        <w:spacing w:after="160"/>
      </w:pPr>
      <w:r>
        <w:rPr>
          <w:b w:val="0"/>
        </w:rPr>
        <w:t xml:space="preserve">　　　　　　２階　〇〇．〇〇平方メートル</w:t>
      </w:r>
    </w:p>
    <w:p>
      <w:pPr>
        <w:spacing w:after="120"/>
      </w:pPr>
      <w:r>
        <w:rPr>
          <w:b w:val="0"/>
          <w:sz w:val="16"/>
        </w:rPr>
        <w:t>※不動産の表示は、登記事項証明書のとおりに書きます。報酬を得て登記の申請を代理できるのは、司法書士・弁護士に限られます。</w:t>
      </w:r>
    </w:p>
    <w:p>
      <w:r>
        <w:br w:type="page"/>
      </w:r>
    </w:p>
    <w:p>
      <w:pPr>
        <w:spacing w:after="80"/>
      </w:pPr>
      <w:r>
        <w:rPr>
          <w:b/>
          <w:sz w:val="20"/>
        </w:rPr>
        <w:t>【パターン4】法定相続情報一覧図の申出を代理人がするとき（法務局あて・法務局の様式に沿った形）</w:t>
      </w:r>
    </w:p>
    <w:p>
      <w:pPr>
        <w:spacing w:after="200"/>
      </w:pPr>
      <w:r>
        <w:rPr>
          <w:b w:val="0"/>
          <w:sz w:val="18"/>
        </w:rPr>
        <w:t>【使い方】〇〇の部分を書き換えてください。委任する人（委任者）が、自分で住所・氏名を書きます。頼む内容は具体的に書き、空欄のまま渡さないでください。提出先に所定の様式がある場合は、そちらを使ってください。印刷する前に、先頭の【パターン】の見出しとこの【使い方】の段落を削除してください。</w:t>
      </w:r>
    </w:p>
    <w:p>
      <w:pPr>
        <w:spacing w:after="280"/>
        <w:jc w:val="center"/>
      </w:pPr>
      <w:r>
        <w:rPr>
          <w:b/>
          <w:sz w:val="36"/>
        </w:rPr>
        <w:t>委　任　状</w:t>
      </w:r>
    </w:p>
    <w:p>
      <w:pPr>
        <w:spacing w:after="0"/>
      </w:pPr>
      <w:r>
        <w:rPr>
          <w:b w:val="0"/>
        </w:rPr>
        <w:t>（代理人）</w:t>
      </w:r>
    </w:p>
    <w:p>
      <w:pPr>
        <w:spacing w:after="0"/>
      </w:pPr>
      <w:r>
        <w:rPr>
          <w:b w:val="0"/>
        </w:rPr>
        <w:t xml:space="preserve">　住　所　〇〇県〇〇市〇〇町〇丁目〇番〇号</w:t>
      </w:r>
    </w:p>
    <w:p>
      <w:pPr>
        <w:spacing w:after="200"/>
      </w:pPr>
      <w:r>
        <w:rPr>
          <w:b w:val="0"/>
        </w:rPr>
        <w:t xml:space="preserve">　氏　名　〇〇　〇〇</w:t>
      </w:r>
    </w:p>
    <w:p>
      <w:pPr>
        <w:spacing w:after="160"/>
      </w:pPr>
      <w:r>
        <w:rPr>
          <w:b w:val="0"/>
        </w:rPr>
        <w:t>私は、上記の者に対し、以下の被相続人の相続に係る次の権限を委任する。</w:t>
      </w:r>
    </w:p>
    <w:p>
      <w:pPr>
        <w:spacing w:after="0"/>
      </w:pPr>
      <w:r>
        <w:rPr>
          <w:b w:val="0"/>
        </w:rPr>
        <w:t>１　法定相続情報一覧図を作成すること</w:t>
      </w:r>
    </w:p>
    <w:p>
      <w:pPr>
        <w:spacing w:after="0"/>
      </w:pPr>
      <w:r>
        <w:rPr>
          <w:b w:val="0"/>
        </w:rPr>
        <w:t>２　法定相続情報一覧図の保管及び一覧図の写しの交付の申出をすること</w:t>
      </w:r>
    </w:p>
    <w:p>
      <w:pPr>
        <w:spacing w:after="0"/>
      </w:pPr>
      <w:r>
        <w:rPr>
          <w:b w:val="0"/>
        </w:rPr>
        <w:t xml:space="preserve">　　（希望する法定相続情報一覧図の写しの交付通数　〇通）</w:t>
      </w:r>
    </w:p>
    <w:p>
      <w:pPr>
        <w:spacing w:after="0"/>
      </w:pPr>
      <w:r>
        <w:rPr>
          <w:b w:val="0"/>
        </w:rPr>
        <w:t>３　法定相続情報一覧図の写し及び返却される添付書面を受領すること</w:t>
      </w:r>
    </w:p>
    <w:p>
      <w:pPr>
        <w:spacing w:after="200"/>
      </w:pPr>
      <w:r>
        <w:rPr>
          <w:b w:val="0"/>
        </w:rPr>
        <w:t>４　上記１から３までのほか、法定相続情報一覧図の保管及び一覧図の写しの交付の申出に関して必要な一切の権限</w:t>
      </w:r>
    </w:p>
    <w:p>
      <w:pPr>
        <w:spacing w:after="0"/>
      </w:pPr>
      <w:r>
        <w:rPr>
          <w:b w:val="0"/>
        </w:rPr>
        <w:t xml:space="preserve">　被相続人の最後の住所（又は本籍）</w:t>
      </w:r>
    </w:p>
    <w:p>
      <w:pPr>
        <w:spacing w:after="0"/>
      </w:pPr>
      <w:r>
        <w:rPr>
          <w:b w:val="0"/>
        </w:rPr>
        <w:t xml:space="preserve">　　〇〇県〇〇市〇〇町〇丁目〇番〇号</w:t>
      </w:r>
    </w:p>
    <w:p>
      <w:pPr>
        <w:spacing w:after="0"/>
      </w:pPr>
      <w:r>
        <w:rPr>
          <w:b w:val="0"/>
        </w:rPr>
        <w:t xml:space="preserve">　被相続人の氏名　　〇〇　〇〇</w:t>
      </w:r>
    </w:p>
    <w:p>
      <w:pPr>
        <w:spacing w:after="200"/>
      </w:pPr>
      <w:r>
        <w:rPr>
          <w:b w:val="0"/>
        </w:rPr>
        <w:t xml:space="preserve">　死亡年月日　　　　令和〇年〇月〇日</w:t>
      </w:r>
    </w:p>
    <w:p>
      <w:pPr>
        <w:spacing w:after="160"/>
      </w:pPr>
      <w:r>
        <w:rPr>
          <w:b w:val="0"/>
        </w:rPr>
        <w:t>令和〇年〇月〇日</w:t>
      </w:r>
    </w:p>
    <w:p>
      <w:pPr>
        <w:spacing w:after="0"/>
      </w:pPr>
      <w:r>
        <w:rPr>
          <w:b w:val="0"/>
        </w:rPr>
        <w:t>（委任者）</w:t>
      </w:r>
    </w:p>
    <w:p>
      <w:pPr>
        <w:spacing w:after="0"/>
      </w:pPr>
      <w:r>
        <w:rPr>
          <w:b w:val="0"/>
        </w:rPr>
        <w:t xml:space="preserve">　住　所　〇〇県〇〇市〇〇町〇丁目〇番〇号</w:t>
      </w:r>
    </w:p>
    <w:p>
      <w:pPr>
        <w:spacing w:after="160"/>
      </w:pPr>
      <w:r>
        <w:rPr>
          <w:b w:val="0"/>
        </w:rPr>
        <w:t xml:space="preserve">　氏　名　〇〇　〇〇</w:t>
      </w:r>
    </w:p>
    <w:p>
      <w:pPr>
        <w:spacing w:after="120"/>
      </w:pPr>
      <w:r>
        <w:rPr>
          <w:b w:val="0"/>
          <w:sz w:val="16"/>
        </w:rPr>
        <w:t>※この申出の代理人になれるのは、申出人の親族か、弁護士・司法書士・行政書士などの資格者に限られます。親族が代理人になるときは、親族であることがわかる戸籍などを添えます。</w:t>
      </w:r>
    </w:p>
    <w:p>
      <w:r>
        <w:br w:type="page"/>
      </w:r>
    </w:p>
    <w:p>
      <w:pPr>
        <w:spacing w:after="80"/>
      </w:pPr>
      <w:r>
        <w:rPr>
          <w:b/>
          <w:sz w:val="20"/>
        </w:rPr>
        <w:t>【パターン5】預貯金の相続手続きを代理人がするとき（金融機関あて）</w:t>
      </w:r>
    </w:p>
    <w:p>
      <w:pPr>
        <w:spacing w:after="200"/>
      </w:pPr>
      <w:r>
        <w:rPr>
          <w:b w:val="0"/>
          <w:sz w:val="18"/>
        </w:rPr>
        <w:t>【使い方】〇〇の部分を書き換えてください。委任する人（委任者）が、自分で住所・氏名を書きます。頼む内容は具体的に書き、空欄のまま渡さないでください。提出先に所定の様式がある場合は、そちらを使ってください。印刷する前に、先頭の【パターン】の見出しとこの【使い方】の段落を削除してください。</w:t>
      </w:r>
    </w:p>
    <w:p>
      <w:pPr>
        <w:spacing w:after="280"/>
        <w:jc w:val="center"/>
      </w:pPr>
      <w:r>
        <w:rPr>
          <w:b/>
          <w:sz w:val="36"/>
        </w:rPr>
        <w:t>委　任　状</w:t>
      </w:r>
    </w:p>
    <w:p>
      <w:pPr>
        <w:spacing w:after="0"/>
      </w:pPr>
      <w:r>
        <w:rPr>
          <w:b w:val="0"/>
        </w:rPr>
        <w:t>（代理人）</w:t>
      </w:r>
    </w:p>
    <w:p>
      <w:pPr>
        <w:spacing w:after="0"/>
      </w:pPr>
      <w:r>
        <w:rPr>
          <w:b w:val="0"/>
        </w:rPr>
        <w:t xml:space="preserve">　住　所　〇〇県〇〇市〇〇町〇丁目〇番〇号</w:t>
      </w:r>
    </w:p>
    <w:p>
      <w:pPr>
        <w:spacing w:after="0"/>
      </w:pPr>
      <w:r>
        <w:rPr>
          <w:b w:val="0"/>
        </w:rPr>
        <w:t xml:space="preserve">　氏　名　〇〇　〇〇</w:t>
      </w:r>
    </w:p>
    <w:p>
      <w:pPr>
        <w:spacing w:after="200"/>
      </w:pPr>
      <w:r>
        <w:rPr>
          <w:b w:val="0"/>
        </w:rPr>
        <w:t xml:space="preserve">　生年月日　昭和〇年〇月〇日</w:t>
      </w:r>
    </w:p>
    <w:p>
      <w:pPr>
        <w:spacing w:after="160"/>
      </w:pPr>
      <w:r>
        <w:rPr>
          <w:b w:val="0"/>
        </w:rPr>
        <w:t>私は、上記の者を代理人と定め、次の権限を委任します。</w:t>
      </w:r>
    </w:p>
    <w:p>
      <w:pPr>
        <w:spacing w:after="0"/>
      </w:pPr>
      <w:r>
        <w:rPr>
          <w:b w:val="0"/>
        </w:rPr>
        <w:t>１　被相続人　〇〇　〇〇（令和〇年〇月〇日死亡）名義の下記の預貯金について、相続手続きに必要な書類の請求・提出、残高証明書の発行の依頼、解約及び払戻金の受領に関する一切の件</w:t>
      </w:r>
    </w:p>
    <w:p>
      <w:pPr>
        <w:spacing w:after="0"/>
      </w:pPr>
      <w:r>
        <w:rPr>
          <w:b w:val="0"/>
        </w:rPr>
        <w:t xml:space="preserve">　　金融機関　〇〇銀行　〇〇支店</w:t>
      </w:r>
    </w:p>
    <w:p>
      <w:pPr>
        <w:spacing w:after="0"/>
      </w:pPr>
      <w:r>
        <w:rPr>
          <w:b w:val="0"/>
        </w:rPr>
        <w:t xml:space="preserve">　　種類・口座番号　普通預金　〇〇〇〇〇〇〇</w:t>
      </w:r>
    </w:p>
    <w:p>
      <w:pPr>
        <w:spacing w:after="0"/>
      </w:pPr>
      <w:r>
        <w:rPr>
          <w:b w:val="0"/>
        </w:rPr>
        <w:t>２　払戻金の振込先</w:t>
      </w:r>
    </w:p>
    <w:p>
      <w:pPr>
        <w:spacing w:after="240"/>
      </w:pPr>
      <w:r>
        <w:rPr>
          <w:b w:val="0"/>
        </w:rPr>
        <w:t xml:space="preserve">　　〇〇銀行　〇〇支店　普通預金　〇〇〇〇〇〇〇　名義　〇〇　〇〇</w:t>
      </w:r>
    </w:p>
    <w:p>
      <w:pPr>
        <w:spacing w:after="200"/>
      </w:pPr>
      <w:r>
        <w:rPr>
          <w:b w:val="0"/>
        </w:rPr>
        <w:t>令和〇年〇月〇日</w:t>
      </w:r>
    </w:p>
    <w:p>
      <w:pPr>
        <w:spacing w:after="0"/>
      </w:pPr>
      <w:r>
        <w:rPr>
          <w:b w:val="0"/>
        </w:rPr>
        <w:t>（委任者）</w:t>
      </w:r>
    </w:p>
    <w:p>
      <w:pPr>
        <w:spacing w:after="0"/>
      </w:pPr>
      <w:r>
        <w:rPr>
          <w:b w:val="0"/>
        </w:rPr>
        <w:t xml:space="preserve">　住　所　〇〇県〇〇市〇〇町〇丁目〇番〇号</w:t>
      </w:r>
    </w:p>
    <w:p>
      <w:pPr>
        <w:spacing w:after="0"/>
      </w:pPr>
      <w:r>
        <w:rPr>
          <w:b w:val="0"/>
        </w:rPr>
        <w:t xml:space="preserve">　氏　名　〇〇　〇〇　　　　　　　実印</w:t>
      </w:r>
    </w:p>
    <w:p>
      <w:pPr>
        <w:spacing w:after="0"/>
      </w:pPr>
      <w:r>
        <w:rPr>
          <w:b w:val="0"/>
        </w:rPr>
        <w:t xml:space="preserve">　生年月日　昭和〇年〇月〇日</w:t>
      </w:r>
    </w:p>
    <w:p>
      <w:pPr>
        <w:spacing w:after="120"/>
      </w:pPr>
      <w:r>
        <w:rPr>
          <w:b w:val="0"/>
        </w:rPr>
        <w:t xml:space="preserve">　電話番号　〇〇〇－〇〇〇〇－〇〇〇〇</w:t>
      </w:r>
    </w:p>
    <w:p>
      <w:pPr>
        <w:spacing w:after="120"/>
      </w:pPr>
      <w:r>
        <w:rPr>
          <w:b w:val="0"/>
          <w:sz w:val="16"/>
        </w:rPr>
        <w:t>※金融機関の多くは所定の委任状や相続届の様式を用意しています。先に窓口で確認し、様式がある場合はそちらを使ってください。実印と印鑑証明書を求められるのが一般的です。</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S Mincho" w:hAnsi="MS Mincho" w:eastAsia="ＭＳ 明朝"/>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