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20"/>
        </w:rPr>
        <w:t>【パターン1】遺産分割・相続手続き用の財産目録</w:t>
      </w:r>
    </w:p>
    <w:p>
      <w:pPr>
        <w:spacing w:after="200"/>
      </w:pPr>
      <w:r>
        <w:rPr>
          <w:b w:val="0"/>
          <w:sz w:val="18"/>
        </w:rPr>
        <w:t>【使い方】見つかった財産を種類ごとに書きます。不動産は登記事項証明書のとおりに、預貯金は残高証明書や通帳のとおりに書いてください。金額は亡くなった日の時点のものを書きます。行が足りないときは表の行を追加してください。印刷前に、先頭の【パターン】の見出しとこの【使い方】の段落を削除してください。</w:t>
      </w:r>
    </w:p>
    <w:p>
      <w:pPr>
        <w:spacing w:after="120"/>
        <w:jc w:val="center"/>
      </w:pPr>
      <w:r>
        <w:rPr>
          <w:b/>
          <w:sz w:val="36"/>
        </w:rPr>
        <w:t>財　産　目　録</w:t>
      </w:r>
    </w:p>
    <w:p>
      <w:pPr>
        <w:spacing w:after="240"/>
      </w:pPr>
      <w:r>
        <w:rPr>
          <w:b w:val="0"/>
          <w:sz w:val="20"/>
        </w:rPr>
        <w:t>被相続人　〇〇　〇〇（令和〇年〇月〇日死亡）　　　作成日　令和〇年〇月〇日　　作成者　〇〇　〇〇</w:t>
      </w:r>
    </w:p>
    <w:p>
      <w:pPr>
        <w:spacing w:after="80"/>
      </w:pPr>
      <w:r>
        <w:rPr>
          <w:b/>
          <w:sz w:val="22"/>
        </w:rPr>
        <w:t>１　土地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</w:tcPr>
          <w:p>
            <w:r>
              <w:rPr>
                <w:b/>
                <w:sz w:val="18"/>
              </w:rPr>
              <w:t>番号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所在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地番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地目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地積（㎡）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持分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評価額（円）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備考</w:t>
            </w:r>
          </w:p>
        </w:tc>
      </w:tr>
      <w:t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/>
    <w:p>
      <w:pPr>
        <w:spacing w:after="80"/>
      </w:pPr>
      <w:r>
        <w:rPr>
          <w:b/>
          <w:sz w:val="22"/>
        </w:rPr>
        <w:t>２　建物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</w:tcPr>
          <w:p>
            <w:r>
              <w:rPr>
                <w:b/>
                <w:sz w:val="18"/>
              </w:rPr>
              <w:t>番号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所在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家屋番号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種類・構造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床面積（㎡）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持分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評価額（円）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備考</w:t>
            </w:r>
          </w:p>
        </w:tc>
      </w:tr>
      <w:t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/>
    <w:p>
      <w:pPr>
        <w:spacing w:after="80"/>
      </w:pPr>
      <w:r>
        <w:rPr>
          <w:b/>
          <w:sz w:val="22"/>
        </w:rPr>
        <w:t>３　預貯金・現金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</w:tcPr>
          <w:p>
            <w:r>
              <w:rPr>
                <w:b/>
                <w:sz w:val="18"/>
              </w:rPr>
              <w:t>番号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金融機関・支店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種類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口座番号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死亡日の残高（円）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備考</w:t>
            </w:r>
          </w:p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</w:tbl>
    <w:p/>
    <w:p>
      <w:pPr>
        <w:spacing w:after="80"/>
      </w:pPr>
      <w:r>
        <w:rPr>
          <w:b/>
          <w:sz w:val="22"/>
        </w:rPr>
        <w:t>４　株式・投資信託など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</w:tcPr>
          <w:p>
            <w:r>
              <w:rPr>
                <w:b/>
                <w:sz w:val="18"/>
              </w:rPr>
              <w:t>番号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証券会社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銘柄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数量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死亡日の評価額（円）</w:t>
            </w:r>
          </w:p>
        </w:tc>
        <w:tc>
          <w:tcPr>
            <w:tcW w:type="dxa" w:w="1512"/>
          </w:tcPr>
          <w:p>
            <w:r>
              <w:rPr>
                <w:b/>
                <w:sz w:val="18"/>
              </w:rPr>
              <w:t>備考</w:t>
            </w:r>
          </w:p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</w:tbl>
    <w:p/>
    <w:p>
      <w:pPr>
        <w:spacing w:after="80"/>
      </w:pPr>
      <w:r>
        <w:rPr>
          <w:b/>
          <w:sz w:val="22"/>
        </w:rPr>
        <w:t>５　生命保険・その他の財産（車・貴金属・貸付金など）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番号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内容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金額・評価額（円）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備考（受取人・保管場所など）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spacing w:after="80"/>
      </w:pPr>
      <w:r>
        <w:rPr>
          <w:b/>
          <w:sz w:val="22"/>
        </w:rPr>
        <w:t>６　債務（借入金・未払いの税金・未払いの費用など）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rPr>
                <w:b/>
                <w:sz w:val="18"/>
              </w:rPr>
              <w:t>番号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債権者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内容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残高（円）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備考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/>
    <w:p>
      <w:pPr>
        <w:spacing w:after="120"/>
      </w:pPr>
      <w:r>
        <w:rPr>
          <w:b w:val="0"/>
          <w:sz w:val="20"/>
        </w:rPr>
        <w:t>合計　プラスの財産　　　　　　　　　　円　／　債務　　　　　　　　　　円　／　差引　　　　　　　　　　円</w:t>
      </w:r>
    </w:p>
    <w:p>
      <w:pPr>
        <w:spacing w:after="120"/>
      </w:pPr>
      <w:r>
        <w:rPr>
          <w:b w:val="0"/>
          <w:sz w:val="16"/>
        </w:rPr>
        <w:t>※評価額は、固定資産評価証明書や残高証明書の金額を書いたものです。相続税の評価額とは異なる場合があります。</w:t>
      </w:r>
    </w:p>
    <w:p>
      <w:r>
        <w:br w:type="page"/>
      </w:r>
    </w:p>
    <w:p>
      <w:pPr>
        <w:spacing w:after="80"/>
      </w:pPr>
      <w:r>
        <w:rPr>
          <w:b/>
          <w:sz w:val="20"/>
        </w:rPr>
        <w:t>【パターン2】自筆証書遺言に添付する財産目録（別紙）</w:t>
      </w:r>
    </w:p>
    <w:p>
      <w:pPr>
        <w:spacing w:after="200"/>
      </w:pPr>
      <w:r>
        <w:rPr>
          <w:b w:val="0"/>
          <w:sz w:val="18"/>
        </w:rPr>
        <w:t>【使い方】遺言書の本文（全文を自分で書くもの）とは別の用紙で作ります。本文には「別紙財産目録1記載の不動産を、長男〇〇に相続させる。」のように書きます。この目録はパソコンで作れますが、印刷したあと、各ページに遺言者が署名し、押印してください（両面に印刷した場合は両面に）。法務局の保管制度を使う場合は、A4・片面・余白（上5mm・下10mm・左20mm・右5mm以上）の決まりがあります。印刷前に、先頭の【パターン】の見出しとこの【使い方】の段落を削除してください。</w:t>
      </w:r>
    </w:p>
    <w:p>
      <w:pPr>
        <w:spacing w:after="200"/>
        <w:jc w:val="center"/>
      </w:pPr>
      <w:r>
        <w:rPr>
          <w:b/>
          <w:sz w:val="28"/>
        </w:rPr>
        <w:t>別紙　財産目録１</w:t>
      </w:r>
    </w:p>
    <w:p>
      <w:pPr>
        <w:spacing w:after="0"/>
      </w:pPr>
      <w:r>
        <w:rPr>
          <w:b w:val="0"/>
        </w:rPr>
        <w:t>１　土地</w:t>
      </w:r>
    </w:p>
    <w:p>
      <w:pPr>
        <w:spacing w:after="0"/>
      </w:pPr>
      <w:r>
        <w:rPr>
          <w:b w:val="0"/>
        </w:rPr>
        <w:t xml:space="preserve">　　所　　在　　〇〇市〇〇町〇丁目</w:t>
      </w:r>
    </w:p>
    <w:p>
      <w:pPr>
        <w:spacing w:after="0"/>
      </w:pPr>
      <w:r>
        <w:rPr>
          <w:b w:val="0"/>
        </w:rPr>
        <w:t xml:space="preserve">　　地　　番　　〇番〇</w:t>
      </w:r>
    </w:p>
    <w:p>
      <w:pPr>
        <w:spacing w:after="0"/>
      </w:pPr>
      <w:r>
        <w:rPr>
          <w:b w:val="0"/>
        </w:rPr>
        <w:t xml:space="preserve">　　地　　目　　宅地</w:t>
      </w:r>
    </w:p>
    <w:p>
      <w:pPr>
        <w:spacing w:after="160"/>
      </w:pPr>
      <w:r>
        <w:rPr>
          <w:b w:val="0"/>
        </w:rPr>
        <w:t xml:space="preserve">　　地　　積　　〇〇〇．〇〇平方メートル</w:t>
      </w:r>
    </w:p>
    <w:p>
      <w:pPr>
        <w:spacing w:after="0"/>
      </w:pPr>
      <w:r>
        <w:rPr>
          <w:b w:val="0"/>
        </w:rPr>
        <w:t>２　建物</w:t>
      </w:r>
    </w:p>
    <w:p>
      <w:pPr>
        <w:spacing w:after="0"/>
      </w:pPr>
      <w:r>
        <w:rPr>
          <w:b w:val="0"/>
        </w:rPr>
        <w:t xml:space="preserve">　　所　　在　　〇〇市〇〇町〇丁目〇番地〇</w:t>
      </w:r>
    </w:p>
    <w:p>
      <w:pPr>
        <w:spacing w:after="0"/>
      </w:pPr>
      <w:r>
        <w:rPr>
          <w:b w:val="0"/>
        </w:rPr>
        <w:t xml:space="preserve">　　家屋番号　　〇番〇</w:t>
      </w:r>
    </w:p>
    <w:p>
      <w:pPr>
        <w:spacing w:after="0"/>
      </w:pPr>
      <w:r>
        <w:rPr>
          <w:b w:val="0"/>
        </w:rPr>
        <w:t xml:space="preserve">　　種　　類　　居宅</w:t>
      </w:r>
    </w:p>
    <w:p>
      <w:pPr>
        <w:spacing w:after="0"/>
      </w:pPr>
      <w:r>
        <w:rPr>
          <w:b w:val="0"/>
        </w:rPr>
        <w:t xml:space="preserve">　　構　　造　　木造瓦葺２階建</w:t>
      </w:r>
    </w:p>
    <w:p>
      <w:pPr>
        <w:spacing w:after="0"/>
      </w:pPr>
      <w:r>
        <w:rPr>
          <w:b w:val="0"/>
        </w:rPr>
        <w:t xml:space="preserve">　　床 面 積　　１階　〇〇．〇〇平方メートル</w:t>
      </w:r>
    </w:p>
    <w:p>
      <w:pPr>
        <w:spacing w:after="400"/>
      </w:pPr>
      <w:r>
        <w:rPr>
          <w:b w:val="0"/>
        </w:rPr>
        <w:t xml:space="preserve">　　　　　　　　２階　〇〇．〇〇平方メートル</w:t>
      </w:r>
    </w:p>
    <w:p>
      <w:pPr>
        <w:spacing w:after="120"/>
      </w:pPr>
      <w:r>
        <w:rPr>
          <w:b w:val="0"/>
        </w:rPr>
        <w:t xml:space="preserve">　　　　　　　　　　　　　　　　　　遺言者　　〇〇　〇〇（署名）　　　　印</w:t>
      </w:r>
    </w:p>
    <w:p>
      <w:r>
        <w:br w:type="page"/>
      </w:r>
    </w:p>
    <w:p>
      <w:pPr>
        <w:spacing w:after="200"/>
        <w:jc w:val="center"/>
      </w:pPr>
      <w:r>
        <w:rPr>
          <w:b/>
          <w:sz w:val="28"/>
        </w:rPr>
        <w:t>別紙　財産目録２</w:t>
      </w:r>
    </w:p>
    <w:p>
      <w:pPr>
        <w:spacing w:after="0"/>
      </w:pPr>
      <w:r>
        <w:rPr>
          <w:b w:val="0"/>
        </w:rPr>
        <w:t>１　預貯金</w:t>
      </w:r>
    </w:p>
    <w:p>
      <w:pPr>
        <w:spacing w:after="0"/>
      </w:pPr>
      <w:r>
        <w:rPr>
          <w:b w:val="0"/>
        </w:rPr>
        <w:t xml:space="preserve">　　〇〇銀行　〇〇支店　普通預金　口座番号〇〇〇〇〇〇〇</w:t>
      </w:r>
    </w:p>
    <w:p>
      <w:pPr>
        <w:spacing w:after="0"/>
      </w:pPr>
      <w:r>
        <w:rPr>
          <w:b w:val="0"/>
        </w:rPr>
        <w:t xml:space="preserve">　　〇〇銀行　〇〇支店　定期預金　口座番号〇〇〇〇〇〇〇</w:t>
      </w:r>
    </w:p>
    <w:p>
      <w:pPr>
        <w:spacing w:after="160"/>
      </w:pPr>
      <w:r>
        <w:rPr>
          <w:b w:val="0"/>
        </w:rPr>
        <w:t xml:space="preserve">　　ゆうちょ銀行　通常貯金　記号〇〇〇〇〇　番号〇〇〇〇〇〇〇〇</w:t>
      </w:r>
    </w:p>
    <w:p>
      <w:pPr>
        <w:spacing w:after="0"/>
      </w:pPr>
      <w:r>
        <w:rPr>
          <w:b w:val="0"/>
        </w:rPr>
        <w:t>２　株式・投資信託</w:t>
      </w:r>
    </w:p>
    <w:p>
      <w:pPr>
        <w:spacing w:after="400"/>
      </w:pPr>
      <w:r>
        <w:rPr>
          <w:b w:val="0"/>
        </w:rPr>
        <w:t xml:space="preserve">　　〇〇証券　〇〇支店　口座番号〇〇〇〇〇〇〇に預けている株式、投資信託その他一切の金融商品</w:t>
      </w:r>
    </w:p>
    <w:p>
      <w:pPr>
        <w:spacing w:after="120"/>
      </w:pPr>
      <w:r>
        <w:rPr>
          <w:b w:val="0"/>
        </w:rPr>
        <w:t xml:space="preserve">　　　　　　　　　　　　　　　　　　遺言者　　〇〇　〇〇（署名）　　　　印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